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F58BB" w14:textId="77777777" w:rsidR="00502D79" w:rsidRDefault="00000000" w:rsidP="00CD4576">
      <w:pPr>
        <w:pBdr>
          <w:bottom w:val="single" w:sz="6" w:space="1" w:color="auto"/>
        </w:pBdr>
        <w:spacing w:after="0" w:line="240" w:lineRule="auto"/>
        <w:jc w:val="center"/>
        <w:rPr>
          <w:rFonts w:ascii="Aptos Narrow" w:hAnsi="Aptos Narrow"/>
          <w:b/>
          <w:sz w:val="32"/>
          <w:szCs w:val="32"/>
        </w:rPr>
      </w:pPr>
      <w:r w:rsidRPr="001D6FA8">
        <w:rPr>
          <w:rFonts w:ascii="Aptos Narrow" w:hAnsi="Aptos Narrow"/>
          <w:b/>
          <w:sz w:val="32"/>
          <w:szCs w:val="32"/>
        </w:rPr>
        <w:t>COMPUTER CENTRE</w:t>
      </w:r>
    </w:p>
    <w:p w14:paraId="08306FC6" w14:textId="453CB87A" w:rsidR="003C2421" w:rsidRPr="001D6FA8" w:rsidRDefault="003C2421" w:rsidP="00CD4576">
      <w:pPr>
        <w:pBdr>
          <w:bottom w:val="single" w:sz="6" w:space="1" w:color="auto"/>
        </w:pBdr>
        <w:spacing w:after="0" w:line="240" w:lineRule="auto"/>
        <w:jc w:val="center"/>
        <w:rPr>
          <w:rFonts w:ascii="Aptos Narrow" w:hAnsi="Aptos Narrow"/>
          <w:b/>
          <w:sz w:val="32"/>
          <w:szCs w:val="32"/>
        </w:rPr>
      </w:pPr>
      <w:r w:rsidRPr="00CD4576">
        <w:rPr>
          <w:rFonts w:ascii="Aptos Narrow" w:hAnsi="Aptos Narrow"/>
          <w:bCs/>
          <w:sz w:val="32"/>
          <w:szCs w:val="32"/>
        </w:rPr>
        <w:t>NATIONAL INSTITUTE OF TECHNOLOGY, HAMIRPUR</w:t>
      </w:r>
    </w:p>
    <w:p w14:paraId="6A62E266" w14:textId="77777777" w:rsidR="005831FB" w:rsidRPr="005831FB" w:rsidRDefault="005831FB" w:rsidP="00CD4576">
      <w:pPr>
        <w:spacing w:after="0" w:line="240" w:lineRule="auto"/>
        <w:jc w:val="center"/>
        <w:rPr>
          <w:rFonts w:ascii="Aptos" w:hAnsi="Aptos"/>
          <w:sz w:val="16"/>
          <w:szCs w:val="16"/>
        </w:rPr>
      </w:pPr>
    </w:p>
    <w:p w14:paraId="65CBC976" w14:textId="419AC3BC" w:rsidR="00502D79" w:rsidRPr="005831FB" w:rsidRDefault="001D6FA8" w:rsidP="00CD4576">
      <w:pPr>
        <w:spacing w:after="0" w:line="240" w:lineRule="auto"/>
        <w:jc w:val="center"/>
        <w:rPr>
          <w:rFonts w:ascii="Aptos" w:hAnsi="Aptos"/>
          <w:sz w:val="32"/>
          <w:szCs w:val="32"/>
        </w:rPr>
      </w:pPr>
      <w:r w:rsidRPr="001D6FA8">
        <w:rPr>
          <w:rFonts w:ascii="Aptos" w:hAnsi="Aptos"/>
          <w:b/>
          <w:sz w:val="28"/>
          <w:szCs w:val="28"/>
        </w:rPr>
        <w:t>UNDERTAKING FOR AVAILING ICT SERVICES, FACILITIES AND RESOURCES</w:t>
      </w:r>
    </w:p>
    <w:p w14:paraId="555F2438" w14:textId="58782979" w:rsidR="00502D79" w:rsidRDefault="005651D1" w:rsidP="00CD4576">
      <w:pPr>
        <w:spacing w:before="240" w:after="0" w:line="240" w:lineRule="auto"/>
        <w:jc w:val="both"/>
        <w:rPr>
          <w:rFonts w:ascii="Aptos Narrow" w:hAnsi="Aptos Narrow"/>
          <w:szCs w:val="20"/>
        </w:rPr>
      </w:pPr>
      <w:r w:rsidRPr="00CD4576">
        <w:rPr>
          <w:rFonts w:ascii="Aptos Narrow" w:hAnsi="Aptos Narrow"/>
          <w:szCs w:val="20"/>
        </w:rPr>
        <w:t xml:space="preserve">This undertaking shall be submitted by the concerned student(s), duly endorsed by the </w:t>
      </w:r>
      <w:r w:rsidRPr="00CD4576">
        <w:rPr>
          <w:rFonts w:ascii="Aptos Narrow" w:hAnsi="Aptos Narrow"/>
          <w:b/>
          <w:bCs/>
          <w:szCs w:val="20"/>
        </w:rPr>
        <w:t>Faculty In-charge (FI) / Faculty Coordinator / concerned faculty member</w:t>
      </w:r>
      <w:r w:rsidRPr="00CD4576">
        <w:rPr>
          <w:rFonts w:ascii="Aptos Narrow" w:hAnsi="Aptos Narrow"/>
          <w:szCs w:val="20"/>
        </w:rPr>
        <w:t>, before availing any ICT service, facility, equipment, computing resource, network resource, software, or other resource/facility provided or administered by the Computer Centre, NIT Hamirpur.</w:t>
      </w:r>
    </w:p>
    <w:p w14:paraId="7D5F88B8" w14:textId="77777777" w:rsidR="00CD4576" w:rsidRPr="00CD4576" w:rsidRDefault="00CD4576" w:rsidP="00CD4576">
      <w:pPr>
        <w:spacing w:after="0" w:line="240" w:lineRule="auto"/>
        <w:jc w:val="both"/>
        <w:rPr>
          <w:rFonts w:ascii="Aptos Narrow" w:hAnsi="Aptos Narrow"/>
          <w:szCs w:val="20"/>
        </w:rPr>
      </w:pPr>
    </w:p>
    <w:p w14:paraId="4298F01B" w14:textId="6A4D1839" w:rsidR="005651D1" w:rsidRPr="00CD4576" w:rsidRDefault="005651D1" w:rsidP="00CD4576">
      <w:pPr>
        <w:spacing w:after="120" w:line="240" w:lineRule="auto"/>
        <w:rPr>
          <w:rFonts w:ascii="Aptos Narrow" w:hAnsi="Aptos Narrow"/>
          <w:sz w:val="22"/>
        </w:rPr>
      </w:pPr>
      <w:r w:rsidRPr="00CD4576">
        <w:rPr>
          <w:rFonts w:ascii="Aptos Narrow" w:hAnsi="Aptos Narrow"/>
          <w:b/>
          <w:sz w:val="22"/>
        </w:rPr>
        <w:t>1. Details of Students</w:t>
      </w:r>
      <w:r w:rsidR="00323DFC" w:rsidRPr="00CD4576">
        <w:rPr>
          <w:rFonts w:ascii="Aptos Narrow" w:hAnsi="Aptos Narrow"/>
          <w:b/>
          <w:sz w:val="22"/>
        </w:rPr>
        <w:t xml:space="preserve"> / Team:</w:t>
      </w:r>
    </w:p>
    <w:tbl>
      <w:tblPr>
        <w:tblStyle w:val="TableGrid"/>
        <w:tblW w:w="0" w:type="auto"/>
        <w:jc w:val="center"/>
        <w:tblLook w:val="04A0" w:firstRow="1" w:lastRow="0" w:firstColumn="1" w:lastColumn="0" w:noHBand="0" w:noVBand="1"/>
      </w:tblPr>
      <w:tblGrid>
        <w:gridCol w:w="691"/>
        <w:gridCol w:w="2848"/>
        <w:gridCol w:w="2067"/>
        <w:gridCol w:w="1760"/>
        <w:gridCol w:w="2603"/>
      </w:tblGrid>
      <w:tr w:rsidR="00502D79" w:rsidRPr="00CD4576" w14:paraId="41D31490" w14:textId="77777777" w:rsidTr="001E2313">
        <w:trPr>
          <w:jc w:val="center"/>
        </w:trPr>
        <w:tc>
          <w:tcPr>
            <w:tcW w:w="691" w:type="dxa"/>
            <w:vAlign w:val="center"/>
          </w:tcPr>
          <w:p w14:paraId="3DFD4BBD" w14:textId="2B2DCB7B" w:rsidR="00502D79" w:rsidRPr="00CD4576" w:rsidRDefault="00000000" w:rsidP="001E2313">
            <w:pPr>
              <w:spacing w:before="60" w:after="60"/>
              <w:jc w:val="center"/>
              <w:rPr>
                <w:rFonts w:ascii="Aptos Narrow" w:hAnsi="Aptos Narrow"/>
                <w:szCs w:val="20"/>
              </w:rPr>
            </w:pPr>
            <w:r w:rsidRPr="00CD4576">
              <w:rPr>
                <w:rFonts w:ascii="Aptos Narrow" w:hAnsi="Aptos Narrow"/>
                <w:b/>
                <w:szCs w:val="20"/>
              </w:rPr>
              <w:t>S.N.</w:t>
            </w:r>
          </w:p>
        </w:tc>
        <w:tc>
          <w:tcPr>
            <w:tcW w:w="2848" w:type="dxa"/>
            <w:vAlign w:val="center"/>
          </w:tcPr>
          <w:p w14:paraId="394F71DE" w14:textId="54F60991" w:rsidR="00502D79" w:rsidRPr="00CD4576" w:rsidRDefault="00000000" w:rsidP="00CD4576">
            <w:pPr>
              <w:spacing w:before="60" w:after="60"/>
              <w:rPr>
                <w:rFonts w:ascii="Aptos Narrow" w:hAnsi="Aptos Narrow"/>
                <w:szCs w:val="20"/>
              </w:rPr>
            </w:pPr>
            <w:r w:rsidRPr="00CD4576">
              <w:rPr>
                <w:rFonts w:ascii="Aptos Narrow" w:hAnsi="Aptos Narrow"/>
                <w:b/>
                <w:szCs w:val="20"/>
              </w:rPr>
              <w:t>Name</w:t>
            </w:r>
            <w:r w:rsidR="00CD4576">
              <w:rPr>
                <w:rFonts w:ascii="Aptos Narrow" w:hAnsi="Aptos Narrow"/>
                <w:b/>
                <w:szCs w:val="20"/>
              </w:rPr>
              <w:t xml:space="preserve"> of the </w:t>
            </w:r>
            <w:r w:rsidR="00CD4576" w:rsidRPr="00CD4576">
              <w:rPr>
                <w:rFonts w:ascii="Aptos Narrow" w:hAnsi="Aptos Narrow"/>
                <w:b/>
                <w:szCs w:val="20"/>
              </w:rPr>
              <w:t>Student</w:t>
            </w:r>
            <w:r w:rsidR="00CD4576">
              <w:rPr>
                <w:rFonts w:ascii="Aptos Narrow" w:hAnsi="Aptos Narrow"/>
                <w:b/>
                <w:szCs w:val="20"/>
              </w:rPr>
              <w:t>s</w:t>
            </w:r>
          </w:p>
        </w:tc>
        <w:tc>
          <w:tcPr>
            <w:tcW w:w="2067" w:type="dxa"/>
            <w:vAlign w:val="center"/>
          </w:tcPr>
          <w:p w14:paraId="37D0342E" w14:textId="77777777" w:rsidR="00502D79" w:rsidRPr="00CD4576" w:rsidRDefault="00000000" w:rsidP="00CD4576">
            <w:pPr>
              <w:spacing w:before="60" w:after="60"/>
              <w:rPr>
                <w:rFonts w:ascii="Aptos Narrow" w:hAnsi="Aptos Narrow"/>
                <w:szCs w:val="20"/>
              </w:rPr>
            </w:pPr>
            <w:r w:rsidRPr="00CD4576">
              <w:rPr>
                <w:rFonts w:ascii="Aptos Narrow" w:hAnsi="Aptos Narrow"/>
                <w:b/>
                <w:szCs w:val="20"/>
              </w:rPr>
              <w:t>Branch / Department</w:t>
            </w:r>
          </w:p>
        </w:tc>
        <w:tc>
          <w:tcPr>
            <w:tcW w:w="1760" w:type="dxa"/>
            <w:vAlign w:val="center"/>
          </w:tcPr>
          <w:p w14:paraId="496E9D14" w14:textId="77777777" w:rsidR="00502D79" w:rsidRPr="00CD4576" w:rsidRDefault="00000000" w:rsidP="00CD4576">
            <w:pPr>
              <w:spacing w:before="60" w:after="60"/>
              <w:rPr>
                <w:rFonts w:ascii="Aptos Narrow" w:hAnsi="Aptos Narrow"/>
                <w:szCs w:val="20"/>
              </w:rPr>
            </w:pPr>
            <w:r w:rsidRPr="00CD4576">
              <w:rPr>
                <w:rFonts w:ascii="Aptos Narrow" w:hAnsi="Aptos Narrow"/>
                <w:b/>
                <w:szCs w:val="20"/>
              </w:rPr>
              <w:t>Roll Number</w:t>
            </w:r>
          </w:p>
        </w:tc>
        <w:tc>
          <w:tcPr>
            <w:tcW w:w="2603" w:type="dxa"/>
            <w:vAlign w:val="center"/>
          </w:tcPr>
          <w:p w14:paraId="338CF656" w14:textId="15A83C0D" w:rsidR="00502D79" w:rsidRPr="00CD4576" w:rsidRDefault="00000000" w:rsidP="00CD4576">
            <w:pPr>
              <w:spacing w:before="60" w:after="60"/>
              <w:rPr>
                <w:rFonts w:ascii="Aptos Narrow" w:hAnsi="Aptos Narrow"/>
                <w:szCs w:val="20"/>
              </w:rPr>
            </w:pPr>
            <w:r w:rsidRPr="00CD4576">
              <w:rPr>
                <w:rFonts w:ascii="Aptos Narrow" w:hAnsi="Aptos Narrow"/>
                <w:b/>
                <w:szCs w:val="20"/>
              </w:rPr>
              <w:t>Phone N</w:t>
            </w:r>
            <w:r w:rsidR="00DC7264" w:rsidRPr="00CD4576">
              <w:rPr>
                <w:rFonts w:ascii="Aptos Narrow" w:hAnsi="Aptos Narrow"/>
                <w:b/>
                <w:szCs w:val="20"/>
              </w:rPr>
              <w:t>o. / Email</w:t>
            </w:r>
          </w:p>
        </w:tc>
      </w:tr>
      <w:tr w:rsidR="00502D79" w:rsidRPr="00CD4576" w14:paraId="1CBFE84F" w14:textId="77777777" w:rsidTr="001E2313">
        <w:trPr>
          <w:jc w:val="center"/>
        </w:trPr>
        <w:tc>
          <w:tcPr>
            <w:tcW w:w="691" w:type="dxa"/>
            <w:vAlign w:val="center"/>
          </w:tcPr>
          <w:p w14:paraId="59C8B18D" w14:textId="77777777" w:rsidR="00502D79" w:rsidRPr="00CD4576" w:rsidRDefault="00000000" w:rsidP="001E2313">
            <w:pPr>
              <w:spacing w:before="60" w:after="60"/>
              <w:jc w:val="center"/>
              <w:rPr>
                <w:rFonts w:ascii="Aptos Narrow" w:hAnsi="Aptos Narrow"/>
                <w:szCs w:val="20"/>
              </w:rPr>
            </w:pPr>
            <w:r w:rsidRPr="00CD4576">
              <w:rPr>
                <w:rFonts w:ascii="Aptos Narrow" w:hAnsi="Aptos Narrow"/>
                <w:szCs w:val="20"/>
              </w:rPr>
              <w:t>1</w:t>
            </w:r>
          </w:p>
        </w:tc>
        <w:tc>
          <w:tcPr>
            <w:tcW w:w="2848" w:type="dxa"/>
            <w:vAlign w:val="center"/>
          </w:tcPr>
          <w:p w14:paraId="035054E1" w14:textId="77777777" w:rsidR="00502D79" w:rsidRPr="00CD4576" w:rsidRDefault="00502D79" w:rsidP="00CD4576">
            <w:pPr>
              <w:spacing w:before="60" w:after="60"/>
              <w:rPr>
                <w:rFonts w:ascii="Aptos Narrow" w:hAnsi="Aptos Narrow"/>
                <w:szCs w:val="20"/>
              </w:rPr>
            </w:pPr>
          </w:p>
        </w:tc>
        <w:tc>
          <w:tcPr>
            <w:tcW w:w="2067" w:type="dxa"/>
            <w:vAlign w:val="center"/>
          </w:tcPr>
          <w:p w14:paraId="3BD4E95F" w14:textId="77777777" w:rsidR="00502D79" w:rsidRPr="00CD4576" w:rsidRDefault="00502D79" w:rsidP="00CD4576">
            <w:pPr>
              <w:spacing w:before="60" w:after="60"/>
              <w:rPr>
                <w:rFonts w:ascii="Aptos Narrow" w:hAnsi="Aptos Narrow"/>
                <w:szCs w:val="20"/>
              </w:rPr>
            </w:pPr>
          </w:p>
        </w:tc>
        <w:tc>
          <w:tcPr>
            <w:tcW w:w="1760" w:type="dxa"/>
            <w:vAlign w:val="center"/>
          </w:tcPr>
          <w:p w14:paraId="7209ACBD" w14:textId="77777777" w:rsidR="00502D79" w:rsidRPr="00CD4576" w:rsidRDefault="00502D79" w:rsidP="00CD4576">
            <w:pPr>
              <w:spacing w:before="60" w:after="60"/>
              <w:rPr>
                <w:rFonts w:ascii="Aptos Narrow" w:hAnsi="Aptos Narrow"/>
                <w:szCs w:val="20"/>
              </w:rPr>
            </w:pPr>
          </w:p>
        </w:tc>
        <w:tc>
          <w:tcPr>
            <w:tcW w:w="2603" w:type="dxa"/>
            <w:vAlign w:val="center"/>
          </w:tcPr>
          <w:p w14:paraId="7834CD96" w14:textId="77777777" w:rsidR="00502D79" w:rsidRPr="00CD4576" w:rsidRDefault="00502D79" w:rsidP="00CD4576">
            <w:pPr>
              <w:spacing w:before="60" w:after="60"/>
              <w:rPr>
                <w:rFonts w:ascii="Aptos Narrow" w:hAnsi="Aptos Narrow"/>
                <w:szCs w:val="20"/>
              </w:rPr>
            </w:pPr>
          </w:p>
        </w:tc>
      </w:tr>
      <w:tr w:rsidR="00502D79" w:rsidRPr="00CD4576" w14:paraId="066709F4" w14:textId="77777777" w:rsidTr="001E2313">
        <w:trPr>
          <w:jc w:val="center"/>
        </w:trPr>
        <w:tc>
          <w:tcPr>
            <w:tcW w:w="691" w:type="dxa"/>
            <w:vAlign w:val="center"/>
          </w:tcPr>
          <w:p w14:paraId="093FD912" w14:textId="77777777" w:rsidR="00502D79" w:rsidRPr="00CD4576" w:rsidRDefault="00000000" w:rsidP="001E2313">
            <w:pPr>
              <w:spacing w:before="60" w:after="60"/>
              <w:jc w:val="center"/>
              <w:rPr>
                <w:rFonts w:ascii="Aptos Narrow" w:hAnsi="Aptos Narrow"/>
                <w:szCs w:val="20"/>
              </w:rPr>
            </w:pPr>
            <w:r w:rsidRPr="00CD4576">
              <w:rPr>
                <w:rFonts w:ascii="Aptos Narrow" w:hAnsi="Aptos Narrow"/>
                <w:szCs w:val="20"/>
              </w:rPr>
              <w:t>2</w:t>
            </w:r>
          </w:p>
        </w:tc>
        <w:tc>
          <w:tcPr>
            <w:tcW w:w="2848" w:type="dxa"/>
            <w:vAlign w:val="center"/>
          </w:tcPr>
          <w:p w14:paraId="71774E1E" w14:textId="77777777" w:rsidR="00502D79" w:rsidRPr="00CD4576" w:rsidRDefault="00502D79" w:rsidP="00CD4576">
            <w:pPr>
              <w:spacing w:before="60" w:after="60"/>
              <w:rPr>
                <w:rFonts w:ascii="Aptos Narrow" w:hAnsi="Aptos Narrow"/>
                <w:szCs w:val="20"/>
              </w:rPr>
            </w:pPr>
          </w:p>
        </w:tc>
        <w:tc>
          <w:tcPr>
            <w:tcW w:w="2067" w:type="dxa"/>
            <w:vAlign w:val="center"/>
          </w:tcPr>
          <w:p w14:paraId="08FCD927" w14:textId="77777777" w:rsidR="00502D79" w:rsidRPr="00CD4576" w:rsidRDefault="00502D79" w:rsidP="00CD4576">
            <w:pPr>
              <w:spacing w:before="60" w:after="60"/>
              <w:rPr>
                <w:rFonts w:ascii="Aptos Narrow" w:hAnsi="Aptos Narrow"/>
                <w:szCs w:val="20"/>
              </w:rPr>
            </w:pPr>
          </w:p>
        </w:tc>
        <w:tc>
          <w:tcPr>
            <w:tcW w:w="1760" w:type="dxa"/>
            <w:vAlign w:val="center"/>
          </w:tcPr>
          <w:p w14:paraId="67235135" w14:textId="77777777" w:rsidR="00502D79" w:rsidRPr="00CD4576" w:rsidRDefault="00502D79" w:rsidP="00CD4576">
            <w:pPr>
              <w:spacing w:before="60" w:after="60"/>
              <w:rPr>
                <w:rFonts w:ascii="Aptos Narrow" w:hAnsi="Aptos Narrow"/>
                <w:szCs w:val="20"/>
              </w:rPr>
            </w:pPr>
          </w:p>
        </w:tc>
        <w:tc>
          <w:tcPr>
            <w:tcW w:w="2603" w:type="dxa"/>
            <w:vAlign w:val="center"/>
          </w:tcPr>
          <w:p w14:paraId="50EF4641" w14:textId="77777777" w:rsidR="00502D79" w:rsidRPr="00CD4576" w:rsidRDefault="00502D79" w:rsidP="00CD4576">
            <w:pPr>
              <w:spacing w:before="60" w:after="60"/>
              <w:rPr>
                <w:rFonts w:ascii="Aptos Narrow" w:hAnsi="Aptos Narrow"/>
                <w:szCs w:val="20"/>
              </w:rPr>
            </w:pPr>
          </w:p>
        </w:tc>
      </w:tr>
      <w:tr w:rsidR="00502D79" w:rsidRPr="00CD4576" w14:paraId="1E71D9D8" w14:textId="77777777" w:rsidTr="001E2313">
        <w:trPr>
          <w:jc w:val="center"/>
        </w:trPr>
        <w:tc>
          <w:tcPr>
            <w:tcW w:w="691" w:type="dxa"/>
            <w:vAlign w:val="center"/>
          </w:tcPr>
          <w:p w14:paraId="39F57D0E" w14:textId="77777777" w:rsidR="00502D79" w:rsidRPr="00CD4576" w:rsidRDefault="00000000" w:rsidP="001E2313">
            <w:pPr>
              <w:spacing w:before="60" w:after="60"/>
              <w:jc w:val="center"/>
              <w:rPr>
                <w:rFonts w:ascii="Aptos Narrow" w:hAnsi="Aptos Narrow"/>
                <w:szCs w:val="20"/>
              </w:rPr>
            </w:pPr>
            <w:r w:rsidRPr="00CD4576">
              <w:rPr>
                <w:rFonts w:ascii="Aptos Narrow" w:hAnsi="Aptos Narrow"/>
                <w:szCs w:val="20"/>
              </w:rPr>
              <w:t>3</w:t>
            </w:r>
          </w:p>
        </w:tc>
        <w:tc>
          <w:tcPr>
            <w:tcW w:w="2848" w:type="dxa"/>
            <w:vAlign w:val="center"/>
          </w:tcPr>
          <w:p w14:paraId="19CB4A65" w14:textId="77777777" w:rsidR="00502D79" w:rsidRPr="00CD4576" w:rsidRDefault="00502D79" w:rsidP="00CD4576">
            <w:pPr>
              <w:spacing w:before="60" w:after="60"/>
              <w:rPr>
                <w:rFonts w:ascii="Aptos Narrow" w:hAnsi="Aptos Narrow"/>
                <w:szCs w:val="20"/>
              </w:rPr>
            </w:pPr>
          </w:p>
        </w:tc>
        <w:tc>
          <w:tcPr>
            <w:tcW w:w="2067" w:type="dxa"/>
            <w:vAlign w:val="center"/>
          </w:tcPr>
          <w:p w14:paraId="26F1C309" w14:textId="77777777" w:rsidR="00502D79" w:rsidRPr="00CD4576" w:rsidRDefault="00502D79" w:rsidP="00CD4576">
            <w:pPr>
              <w:spacing w:before="60" w:after="60"/>
              <w:rPr>
                <w:rFonts w:ascii="Aptos Narrow" w:hAnsi="Aptos Narrow"/>
                <w:szCs w:val="20"/>
              </w:rPr>
            </w:pPr>
          </w:p>
        </w:tc>
        <w:tc>
          <w:tcPr>
            <w:tcW w:w="1760" w:type="dxa"/>
            <w:vAlign w:val="center"/>
          </w:tcPr>
          <w:p w14:paraId="23D3E88B" w14:textId="77777777" w:rsidR="00502D79" w:rsidRPr="00CD4576" w:rsidRDefault="00502D79" w:rsidP="00CD4576">
            <w:pPr>
              <w:spacing w:before="60" w:after="60"/>
              <w:rPr>
                <w:rFonts w:ascii="Aptos Narrow" w:hAnsi="Aptos Narrow"/>
                <w:szCs w:val="20"/>
              </w:rPr>
            </w:pPr>
          </w:p>
        </w:tc>
        <w:tc>
          <w:tcPr>
            <w:tcW w:w="2603" w:type="dxa"/>
            <w:vAlign w:val="center"/>
          </w:tcPr>
          <w:p w14:paraId="138CDFC9" w14:textId="77777777" w:rsidR="00502D79" w:rsidRPr="00CD4576" w:rsidRDefault="00502D79" w:rsidP="00CD4576">
            <w:pPr>
              <w:spacing w:before="60" w:after="60"/>
              <w:rPr>
                <w:rFonts w:ascii="Aptos Narrow" w:hAnsi="Aptos Narrow"/>
                <w:szCs w:val="20"/>
              </w:rPr>
            </w:pPr>
          </w:p>
        </w:tc>
      </w:tr>
      <w:tr w:rsidR="00502D79" w:rsidRPr="00CD4576" w14:paraId="24169A9C" w14:textId="77777777" w:rsidTr="001E2313">
        <w:trPr>
          <w:jc w:val="center"/>
        </w:trPr>
        <w:tc>
          <w:tcPr>
            <w:tcW w:w="691" w:type="dxa"/>
            <w:vAlign w:val="center"/>
          </w:tcPr>
          <w:p w14:paraId="10BEF350" w14:textId="77777777" w:rsidR="00502D79" w:rsidRPr="00CD4576" w:rsidRDefault="00000000" w:rsidP="001E2313">
            <w:pPr>
              <w:spacing w:before="60" w:after="60"/>
              <w:jc w:val="center"/>
              <w:rPr>
                <w:rFonts w:ascii="Aptos Narrow" w:hAnsi="Aptos Narrow"/>
                <w:szCs w:val="20"/>
              </w:rPr>
            </w:pPr>
            <w:r w:rsidRPr="00CD4576">
              <w:rPr>
                <w:rFonts w:ascii="Aptos Narrow" w:hAnsi="Aptos Narrow"/>
                <w:szCs w:val="20"/>
              </w:rPr>
              <w:t>4</w:t>
            </w:r>
          </w:p>
        </w:tc>
        <w:tc>
          <w:tcPr>
            <w:tcW w:w="2848" w:type="dxa"/>
            <w:vAlign w:val="center"/>
          </w:tcPr>
          <w:p w14:paraId="0888EE40" w14:textId="77777777" w:rsidR="00502D79" w:rsidRPr="00CD4576" w:rsidRDefault="00502D79" w:rsidP="00CD4576">
            <w:pPr>
              <w:spacing w:before="60" w:after="60"/>
              <w:rPr>
                <w:rFonts w:ascii="Aptos Narrow" w:hAnsi="Aptos Narrow"/>
                <w:szCs w:val="20"/>
              </w:rPr>
            </w:pPr>
          </w:p>
        </w:tc>
        <w:tc>
          <w:tcPr>
            <w:tcW w:w="2067" w:type="dxa"/>
            <w:vAlign w:val="center"/>
          </w:tcPr>
          <w:p w14:paraId="0828CAD8" w14:textId="77777777" w:rsidR="00502D79" w:rsidRPr="00CD4576" w:rsidRDefault="00502D79" w:rsidP="00CD4576">
            <w:pPr>
              <w:spacing w:before="60" w:after="60"/>
              <w:rPr>
                <w:rFonts w:ascii="Aptos Narrow" w:hAnsi="Aptos Narrow"/>
                <w:szCs w:val="20"/>
              </w:rPr>
            </w:pPr>
          </w:p>
        </w:tc>
        <w:tc>
          <w:tcPr>
            <w:tcW w:w="1760" w:type="dxa"/>
            <w:vAlign w:val="center"/>
          </w:tcPr>
          <w:p w14:paraId="1FFA7FC9" w14:textId="77777777" w:rsidR="00502D79" w:rsidRPr="00CD4576" w:rsidRDefault="00502D79" w:rsidP="00CD4576">
            <w:pPr>
              <w:spacing w:before="60" w:after="60"/>
              <w:rPr>
                <w:rFonts w:ascii="Aptos Narrow" w:hAnsi="Aptos Narrow"/>
                <w:szCs w:val="20"/>
              </w:rPr>
            </w:pPr>
          </w:p>
        </w:tc>
        <w:tc>
          <w:tcPr>
            <w:tcW w:w="2603" w:type="dxa"/>
            <w:vAlign w:val="center"/>
          </w:tcPr>
          <w:p w14:paraId="68050826" w14:textId="77777777" w:rsidR="00502D79" w:rsidRPr="00CD4576" w:rsidRDefault="00502D79" w:rsidP="00CD4576">
            <w:pPr>
              <w:spacing w:before="60" w:after="60"/>
              <w:rPr>
                <w:rFonts w:ascii="Aptos Narrow" w:hAnsi="Aptos Narrow"/>
                <w:szCs w:val="20"/>
              </w:rPr>
            </w:pPr>
          </w:p>
        </w:tc>
      </w:tr>
      <w:tr w:rsidR="00502D79" w:rsidRPr="00CD4576" w14:paraId="02D9B3AE" w14:textId="77777777" w:rsidTr="001E2313">
        <w:trPr>
          <w:jc w:val="center"/>
        </w:trPr>
        <w:tc>
          <w:tcPr>
            <w:tcW w:w="691" w:type="dxa"/>
            <w:vAlign w:val="center"/>
          </w:tcPr>
          <w:p w14:paraId="12360F5E" w14:textId="77777777" w:rsidR="00502D79" w:rsidRPr="00CD4576" w:rsidRDefault="00000000" w:rsidP="001E2313">
            <w:pPr>
              <w:spacing w:before="60" w:after="60"/>
              <w:jc w:val="center"/>
              <w:rPr>
                <w:rFonts w:ascii="Aptos Narrow" w:hAnsi="Aptos Narrow"/>
                <w:szCs w:val="20"/>
              </w:rPr>
            </w:pPr>
            <w:r w:rsidRPr="00CD4576">
              <w:rPr>
                <w:rFonts w:ascii="Aptos Narrow" w:hAnsi="Aptos Narrow"/>
                <w:szCs w:val="20"/>
              </w:rPr>
              <w:t>5</w:t>
            </w:r>
          </w:p>
        </w:tc>
        <w:tc>
          <w:tcPr>
            <w:tcW w:w="2848" w:type="dxa"/>
            <w:vAlign w:val="center"/>
          </w:tcPr>
          <w:p w14:paraId="3EF84192" w14:textId="77777777" w:rsidR="00502D79" w:rsidRPr="00CD4576" w:rsidRDefault="00502D79" w:rsidP="00CD4576">
            <w:pPr>
              <w:spacing w:before="60" w:after="60"/>
              <w:rPr>
                <w:rFonts w:ascii="Aptos Narrow" w:hAnsi="Aptos Narrow"/>
                <w:szCs w:val="20"/>
              </w:rPr>
            </w:pPr>
          </w:p>
        </w:tc>
        <w:tc>
          <w:tcPr>
            <w:tcW w:w="2067" w:type="dxa"/>
            <w:vAlign w:val="center"/>
          </w:tcPr>
          <w:p w14:paraId="54F84F43" w14:textId="77777777" w:rsidR="00502D79" w:rsidRPr="00CD4576" w:rsidRDefault="00502D79" w:rsidP="00CD4576">
            <w:pPr>
              <w:spacing w:before="60" w:after="60"/>
              <w:rPr>
                <w:rFonts w:ascii="Aptos Narrow" w:hAnsi="Aptos Narrow"/>
                <w:szCs w:val="20"/>
              </w:rPr>
            </w:pPr>
          </w:p>
        </w:tc>
        <w:tc>
          <w:tcPr>
            <w:tcW w:w="1760" w:type="dxa"/>
            <w:vAlign w:val="center"/>
          </w:tcPr>
          <w:p w14:paraId="55059348" w14:textId="77777777" w:rsidR="00502D79" w:rsidRPr="00CD4576" w:rsidRDefault="00502D79" w:rsidP="00CD4576">
            <w:pPr>
              <w:spacing w:before="60" w:after="60"/>
              <w:rPr>
                <w:rFonts w:ascii="Aptos Narrow" w:hAnsi="Aptos Narrow"/>
                <w:szCs w:val="20"/>
              </w:rPr>
            </w:pPr>
          </w:p>
        </w:tc>
        <w:tc>
          <w:tcPr>
            <w:tcW w:w="2603" w:type="dxa"/>
            <w:vAlign w:val="center"/>
          </w:tcPr>
          <w:p w14:paraId="51F0181B" w14:textId="77777777" w:rsidR="00502D79" w:rsidRPr="00CD4576" w:rsidRDefault="00502D79" w:rsidP="00CD4576">
            <w:pPr>
              <w:spacing w:before="60" w:after="60"/>
              <w:rPr>
                <w:rFonts w:ascii="Aptos Narrow" w:hAnsi="Aptos Narrow"/>
                <w:szCs w:val="20"/>
              </w:rPr>
            </w:pPr>
          </w:p>
        </w:tc>
      </w:tr>
    </w:tbl>
    <w:p w14:paraId="598406E7" w14:textId="77777777" w:rsidR="005651D1" w:rsidRPr="00CD4576" w:rsidRDefault="005651D1" w:rsidP="00CD4576">
      <w:pPr>
        <w:spacing w:after="0" w:line="240" w:lineRule="auto"/>
        <w:rPr>
          <w:rFonts w:ascii="Aptos Narrow" w:hAnsi="Aptos Narrow"/>
          <w:b/>
          <w:szCs w:val="20"/>
        </w:rPr>
      </w:pPr>
    </w:p>
    <w:p w14:paraId="3DCC7E11" w14:textId="671FC8BF" w:rsidR="00502D79" w:rsidRPr="00CD4576" w:rsidRDefault="005651D1" w:rsidP="00CD4576">
      <w:pPr>
        <w:spacing w:after="120" w:line="240" w:lineRule="auto"/>
        <w:rPr>
          <w:rFonts w:ascii="Aptos Narrow" w:hAnsi="Aptos Narrow"/>
          <w:b/>
          <w:sz w:val="22"/>
        </w:rPr>
      </w:pPr>
      <w:r w:rsidRPr="00CD4576">
        <w:rPr>
          <w:rFonts w:ascii="Aptos Narrow" w:hAnsi="Aptos Narrow"/>
          <w:b/>
          <w:sz w:val="22"/>
        </w:rPr>
        <w:t>2. Details of Service / Resource Required</w:t>
      </w:r>
      <w:r w:rsidR="00CD4576" w:rsidRPr="00CD4576">
        <w:rPr>
          <w:rFonts w:ascii="Aptos Narrow" w:hAnsi="Aptos Narrow"/>
          <w:b/>
          <w:sz w:val="22"/>
        </w:rPr>
        <w:t>:</w:t>
      </w:r>
    </w:p>
    <w:tbl>
      <w:tblPr>
        <w:tblStyle w:val="TableGrid"/>
        <w:tblW w:w="0" w:type="auto"/>
        <w:jc w:val="center"/>
        <w:tblLook w:val="04A0" w:firstRow="1" w:lastRow="0" w:firstColumn="1" w:lastColumn="0" w:noHBand="0" w:noVBand="1"/>
      </w:tblPr>
      <w:tblGrid>
        <w:gridCol w:w="4957"/>
        <w:gridCol w:w="5012"/>
      </w:tblGrid>
      <w:tr w:rsidR="00502D79" w:rsidRPr="00CD4576" w14:paraId="014EA29E" w14:textId="77777777" w:rsidTr="00CD4576">
        <w:trPr>
          <w:jc w:val="center"/>
        </w:trPr>
        <w:tc>
          <w:tcPr>
            <w:tcW w:w="4957" w:type="dxa"/>
            <w:vAlign w:val="center"/>
          </w:tcPr>
          <w:p w14:paraId="690D3275" w14:textId="4383C05E" w:rsidR="00502D79" w:rsidRPr="00CD4576" w:rsidRDefault="00323DFC" w:rsidP="00CD4576">
            <w:pPr>
              <w:spacing w:before="60" w:after="60"/>
              <w:rPr>
                <w:rFonts w:ascii="Aptos Narrow" w:hAnsi="Aptos Narrow"/>
                <w:szCs w:val="20"/>
              </w:rPr>
            </w:pPr>
            <w:r w:rsidRPr="00CD4576">
              <w:rPr>
                <w:rFonts w:ascii="Aptos Narrow" w:hAnsi="Aptos Narrow"/>
                <w:szCs w:val="20"/>
              </w:rPr>
              <w:t>Purpose</w:t>
            </w:r>
            <w:r w:rsidR="00CD4576">
              <w:rPr>
                <w:rFonts w:ascii="Aptos Narrow" w:hAnsi="Aptos Narrow"/>
                <w:szCs w:val="20"/>
              </w:rPr>
              <w:t xml:space="preserve"> (</w:t>
            </w:r>
            <w:r w:rsidR="00CD4576" w:rsidRPr="00CD4576">
              <w:rPr>
                <w:rFonts w:ascii="Aptos Narrow" w:hAnsi="Aptos Narrow"/>
                <w:szCs w:val="20"/>
              </w:rPr>
              <w:t>Academic / Research / Institutional Requirement</w:t>
            </w:r>
            <w:r w:rsidR="00CD4576">
              <w:rPr>
                <w:rFonts w:ascii="Aptos Narrow" w:hAnsi="Aptos Narrow"/>
                <w:szCs w:val="20"/>
              </w:rPr>
              <w:t>)</w:t>
            </w:r>
          </w:p>
        </w:tc>
        <w:tc>
          <w:tcPr>
            <w:tcW w:w="5012" w:type="dxa"/>
            <w:vAlign w:val="center"/>
          </w:tcPr>
          <w:p w14:paraId="3A559C01" w14:textId="6F58FDC2" w:rsidR="00502D79" w:rsidRPr="00CD4576" w:rsidRDefault="00502D79" w:rsidP="00CD4576">
            <w:pPr>
              <w:spacing w:before="60" w:after="60"/>
              <w:rPr>
                <w:rFonts w:ascii="Aptos Narrow" w:hAnsi="Aptos Narrow"/>
                <w:szCs w:val="20"/>
              </w:rPr>
            </w:pPr>
          </w:p>
        </w:tc>
      </w:tr>
      <w:tr w:rsidR="00502D79" w:rsidRPr="00CD4576" w14:paraId="0BF32A21" w14:textId="77777777" w:rsidTr="00CD4576">
        <w:trPr>
          <w:jc w:val="center"/>
        </w:trPr>
        <w:tc>
          <w:tcPr>
            <w:tcW w:w="4957" w:type="dxa"/>
            <w:vAlign w:val="center"/>
          </w:tcPr>
          <w:p w14:paraId="40C1291E" w14:textId="77777777" w:rsidR="00502D79" w:rsidRPr="00CD4576" w:rsidRDefault="00000000" w:rsidP="00CD4576">
            <w:pPr>
              <w:spacing w:before="60" w:after="60"/>
              <w:rPr>
                <w:rFonts w:ascii="Aptos Narrow" w:hAnsi="Aptos Narrow"/>
                <w:bCs/>
                <w:szCs w:val="20"/>
              </w:rPr>
            </w:pPr>
            <w:r w:rsidRPr="00CD4576">
              <w:rPr>
                <w:rFonts w:ascii="Aptos Narrow" w:hAnsi="Aptos Narrow"/>
                <w:bCs/>
                <w:szCs w:val="20"/>
              </w:rPr>
              <w:t>Service / Resource / Facility Required</w:t>
            </w:r>
          </w:p>
        </w:tc>
        <w:tc>
          <w:tcPr>
            <w:tcW w:w="5012" w:type="dxa"/>
            <w:vAlign w:val="center"/>
          </w:tcPr>
          <w:p w14:paraId="4D5333B3" w14:textId="77777777" w:rsidR="00502D79" w:rsidRPr="00CD4576" w:rsidRDefault="00502D79" w:rsidP="00CD4576">
            <w:pPr>
              <w:spacing w:before="60" w:after="60"/>
              <w:rPr>
                <w:rFonts w:ascii="Aptos Narrow" w:hAnsi="Aptos Narrow"/>
                <w:szCs w:val="20"/>
              </w:rPr>
            </w:pPr>
          </w:p>
        </w:tc>
      </w:tr>
      <w:tr w:rsidR="00580692" w:rsidRPr="00CD4576" w14:paraId="20FC6692" w14:textId="77777777" w:rsidTr="00CD4576">
        <w:trPr>
          <w:jc w:val="center"/>
        </w:trPr>
        <w:tc>
          <w:tcPr>
            <w:tcW w:w="4957" w:type="dxa"/>
            <w:vAlign w:val="center"/>
          </w:tcPr>
          <w:p w14:paraId="40A8F96F" w14:textId="6D097D65" w:rsidR="00580692" w:rsidRPr="00CD4576" w:rsidRDefault="00580692" w:rsidP="00CD4576">
            <w:pPr>
              <w:spacing w:before="60" w:after="60"/>
              <w:rPr>
                <w:rFonts w:ascii="Aptos Narrow" w:hAnsi="Aptos Narrow"/>
                <w:bCs/>
                <w:szCs w:val="20"/>
              </w:rPr>
            </w:pPr>
            <w:r w:rsidRPr="00CD4576">
              <w:rPr>
                <w:rFonts w:ascii="Aptos Narrow" w:hAnsi="Aptos Narrow"/>
                <w:bCs/>
                <w:szCs w:val="20"/>
              </w:rPr>
              <w:t>ICT Service / Resource / Facility Required</w:t>
            </w:r>
          </w:p>
        </w:tc>
        <w:tc>
          <w:tcPr>
            <w:tcW w:w="5012" w:type="dxa"/>
            <w:vAlign w:val="center"/>
          </w:tcPr>
          <w:p w14:paraId="2D75F31D" w14:textId="77777777" w:rsidR="00580692" w:rsidRPr="00CD4576" w:rsidRDefault="00580692" w:rsidP="00CD4576">
            <w:pPr>
              <w:spacing w:before="60" w:after="60"/>
              <w:rPr>
                <w:rFonts w:ascii="Aptos Narrow" w:hAnsi="Aptos Narrow"/>
                <w:szCs w:val="20"/>
              </w:rPr>
            </w:pPr>
          </w:p>
        </w:tc>
      </w:tr>
      <w:tr w:rsidR="00502D79" w:rsidRPr="00CD4576" w14:paraId="0DABF494" w14:textId="77777777" w:rsidTr="00CD4576">
        <w:trPr>
          <w:jc w:val="center"/>
        </w:trPr>
        <w:tc>
          <w:tcPr>
            <w:tcW w:w="4957" w:type="dxa"/>
            <w:vAlign w:val="center"/>
          </w:tcPr>
          <w:p w14:paraId="0AA3EE23" w14:textId="2A877BBA" w:rsidR="00502D79" w:rsidRPr="00CD4576" w:rsidRDefault="00580692" w:rsidP="00CD4576">
            <w:pPr>
              <w:spacing w:before="60" w:after="60"/>
              <w:rPr>
                <w:rFonts w:ascii="Aptos Narrow" w:hAnsi="Aptos Narrow"/>
                <w:szCs w:val="20"/>
              </w:rPr>
            </w:pPr>
            <w:r w:rsidRPr="00CD4576">
              <w:rPr>
                <w:rFonts w:ascii="Aptos Narrow" w:hAnsi="Aptos Narrow"/>
                <w:szCs w:val="20"/>
              </w:rPr>
              <w:t>Date(s) for which the Service / Resource is Required</w:t>
            </w:r>
          </w:p>
        </w:tc>
        <w:tc>
          <w:tcPr>
            <w:tcW w:w="5012" w:type="dxa"/>
            <w:vAlign w:val="center"/>
          </w:tcPr>
          <w:p w14:paraId="4DF36664" w14:textId="77777777" w:rsidR="00502D79" w:rsidRPr="00CD4576" w:rsidRDefault="00502D79" w:rsidP="00CD4576">
            <w:pPr>
              <w:spacing w:before="60" w:after="60"/>
              <w:rPr>
                <w:rFonts w:ascii="Aptos Narrow" w:hAnsi="Aptos Narrow"/>
                <w:szCs w:val="20"/>
              </w:rPr>
            </w:pPr>
          </w:p>
        </w:tc>
      </w:tr>
      <w:tr w:rsidR="00502D79" w:rsidRPr="00CD4576" w14:paraId="4A83E4D8" w14:textId="77777777" w:rsidTr="00CD4576">
        <w:trPr>
          <w:jc w:val="center"/>
        </w:trPr>
        <w:tc>
          <w:tcPr>
            <w:tcW w:w="4957" w:type="dxa"/>
            <w:vAlign w:val="center"/>
          </w:tcPr>
          <w:p w14:paraId="18D29AF9" w14:textId="052D915B" w:rsidR="00502D79" w:rsidRPr="00CD4576" w:rsidRDefault="00580692" w:rsidP="00CD4576">
            <w:pPr>
              <w:spacing w:before="60" w:after="60"/>
              <w:rPr>
                <w:rFonts w:ascii="Aptos Narrow" w:hAnsi="Aptos Narrow"/>
                <w:szCs w:val="20"/>
              </w:rPr>
            </w:pPr>
            <w:r w:rsidRPr="00CD4576">
              <w:rPr>
                <w:rFonts w:ascii="Aptos Narrow" w:hAnsi="Aptos Narrow"/>
                <w:szCs w:val="20"/>
              </w:rPr>
              <w:t>Time Period for which the Service / Resource is Required</w:t>
            </w:r>
          </w:p>
        </w:tc>
        <w:tc>
          <w:tcPr>
            <w:tcW w:w="5012" w:type="dxa"/>
            <w:vAlign w:val="center"/>
          </w:tcPr>
          <w:p w14:paraId="629007B0" w14:textId="50E5B75C" w:rsidR="00502D79" w:rsidRPr="00CD4576" w:rsidRDefault="00000000" w:rsidP="00CD4576">
            <w:pPr>
              <w:spacing w:before="60" w:after="60"/>
              <w:rPr>
                <w:rFonts w:ascii="Aptos Narrow" w:hAnsi="Aptos Narrow"/>
                <w:szCs w:val="20"/>
              </w:rPr>
            </w:pPr>
            <w:r w:rsidRPr="00CD4576">
              <w:rPr>
                <w:rFonts w:ascii="Aptos Narrow" w:hAnsi="Aptos Narrow"/>
                <w:szCs w:val="20"/>
              </w:rPr>
              <w:t>From __________</w:t>
            </w:r>
            <w:r w:rsidR="00CD4576">
              <w:rPr>
                <w:rFonts w:ascii="Aptos Narrow" w:hAnsi="Aptos Narrow"/>
                <w:szCs w:val="20"/>
              </w:rPr>
              <w:t>______</w:t>
            </w:r>
            <w:r w:rsidRPr="00CD4576">
              <w:rPr>
                <w:rFonts w:ascii="Aptos Narrow" w:hAnsi="Aptos Narrow"/>
                <w:szCs w:val="20"/>
              </w:rPr>
              <w:t xml:space="preserve">   </w:t>
            </w:r>
            <w:proofErr w:type="gramStart"/>
            <w:r w:rsidRPr="00CD4576">
              <w:rPr>
                <w:rFonts w:ascii="Aptos Narrow" w:hAnsi="Aptos Narrow"/>
                <w:szCs w:val="20"/>
              </w:rPr>
              <w:t>To</w:t>
            </w:r>
            <w:proofErr w:type="gramEnd"/>
            <w:r w:rsidRPr="00CD4576">
              <w:rPr>
                <w:rFonts w:ascii="Aptos Narrow" w:hAnsi="Aptos Narrow"/>
                <w:szCs w:val="20"/>
              </w:rPr>
              <w:t xml:space="preserve"> ________</w:t>
            </w:r>
            <w:r w:rsidR="00CD4576">
              <w:rPr>
                <w:rFonts w:ascii="Aptos Narrow" w:hAnsi="Aptos Narrow"/>
                <w:szCs w:val="20"/>
              </w:rPr>
              <w:t>______</w:t>
            </w:r>
            <w:r w:rsidRPr="00CD4576">
              <w:rPr>
                <w:rFonts w:ascii="Aptos Narrow" w:hAnsi="Aptos Narrow"/>
                <w:szCs w:val="20"/>
              </w:rPr>
              <w:t xml:space="preserve">__ </w:t>
            </w:r>
          </w:p>
        </w:tc>
      </w:tr>
      <w:tr w:rsidR="00502D79" w:rsidRPr="00CD4576" w14:paraId="4416A245" w14:textId="77777777" w:rsidTr="00CD4576">
        <w:trPr>
          <w:jc w:val="center"/>
        </w:trPr>
        <w:tc>
          <w:tcPr>
            <w:tcW w:w="4957" w:type="dxa"/>
            <w:vAlign w:val="center"/>
          </w:tcPr>
          <w:p w14:paraId="40EF209D" w14:textId="2D8324C9" w:rsidR="00502D79" w:rsidRPr="00CD4576" w:rsidRDefault="00580692" w:rsidP="00CD4576">
            <w:pPr>
              <w:spacing w:before="60" w:after="60"/>
              <w:rPr>
                <w:rFonts w:ascii="Aptos Narrow" w:hAnsi="Aptos Narrow"/>
                <w:szCs w:val="20"/>
              </w:rPr>
            </w:pPr>
            <w:r w:rsidRPr="00CD4576">
              <w:rPr>
                <w:rFonts w:ascii="Aptos Narrow" w:hAnsi="Aptos Narrow"/>
                <w:szCs w:val="20"/>
              </w:rPr>
              <w:t>Venue / Laboratory / Location, if Applicable</w:t>
            </w:r>
          </w:p>
        </w:tc>
        <w:tc>
          <w:tcPr>
            <w:tcW w:w="5012" w:type="dxa"/>
            <w:vAlign w:val="center"/>
          </w:tcPr>
          <w:p w14:paraId="30C30153" w14:textId="77777777" w:rsidR="00502D79" w:rsidRPr="00CD4576" w:rsidRDefault="00502D79" w:rsidP="00CD4576">
            <w:pPr>
              <w:spacing w:before="60" w:after="60"/>
              <w:rPr>
                <w:rFonts w:ascii="Aptos Narrow" w:hAnsi="Aptos Narrow"/>
                <w:szCs w:val="20"/>
              </w:rPr>
            </w:pPr>
          </w:p>
        </w:tc>
      </w:tr>
      <w:tr w:rsidR="00580692" w:rsidRPr="00CD4576" w14:paraId="37A0C61E" w14:textId="77777777" w:rsidTr="00CD4576">
        <w:trPr>
          <w:jc w:val="center"/>
        </w:trPr>
        <w:tc>
          <w:tcPr>
            <w:tcW w:w="4957" w:type="dxa"/>
            <w:vAlign w:val="center"/>
          </w:tcPr>
          <w:p w14:paraId="74A797F0" w14:textId="21F06942" w:rsidR="00580692" w:rsidRPr="00CD4576" w:rsidRDefault="00580692" w:rsidP="00CD4576">
            <w:pPr>
              <w:spacing w:before="60" w:after="60"/>
              <w:rPr>
                <w:rFonts w:ascii="Aptos Narrow" w:hAnsi="Aptos Narrow"/>
                <w:szCs w:val="20"/>
              </w:rPr>
            </w:pPr>
            <w:r w:rsidRPr="00CD4576">
              <w:rPr>
                <w:rFonts w:ascii="Aptos Narrow" w:hAnsi="Aptos Narrow"/>
                <w:szCs w:val="20"/>
              </w:rPr>
              <w:t>Any Other Relevant Details / Special Requirements</w:t>
            </w:r>
          </w:p>
        </w:tc>
        <w:tc>
          <w:tcPr>
            <w:tcW w:w="5012" w:type="dxa"/>
            <w:vAlign w:val="center"/>
          </w:tcPr>
          <w:p w14:paraId="5C7CB7B7" w14:textId="77777777" w:rsidR="00580692" w:rsidRPr="00CD4576" w:rsidRDefault="00580692" w:rsidP="00CD4576">
            <w:pPr>
              <w:spacing w:before="60" w:after="60"/>
              <w:rPr>
                <w:rFonts w:ascii="Aptos Narrow" w:hAnsi="Aptos Narrow"/>
                <w:szCs w:val="20"/>
              </w:rPr>
            </w:pPr>
          </w:p>
        </w:tc>
      </w:tr>
    </w:tbl>
    <w:p w14:paraId="155BDE94" w14:textId="77777777" w:rsidR="00A2021E" w:rsidRPr="00CD4576" w:rsidRDefault="00A2021E" w:rsidP="00CD4576">
      <w:pPr>
        <w:spacing w:after="0" w:line="240" w:lineRule="auto"/>
        <w:rPr>
          <w:rFonts w:ascii="Aptos Narrow" w:hAnsi="Aptos Narrow"/>
          <w:b/>
          <w:szCs w:val="20"/>
        </w:rPr>
      </w:pPr>
    </w:p>
    <w:p w14:paraId="335C1818" w14:textId="68A926D9" w:rsidR="00502D79" w:rsidRPr="00CD4576" w:rsidRDefault="00E74F51" w:rsidP="00CD4576">
      <w:pPr>
        <w:spacing w:after="120" w:line="240" w:lineRule="auto"/>
        <w:rPr>
          <w:rFonts w:ascii="Aptos Narrow" w:hAnsi="Aptos Narrow"/>
          <w:sz w:val="22"/>
        </w:rPr>
      </w:pPr>
      <w:r w:rsidRPr="00CD4576">
        <w:rPr>
          <w:rFonts w:ascii="Aptos Narrow" w:hAnsi="Aptos Narrow"/>
          <w:b/>
          <w:sz w:val="22"/>
        </w:rPr>
        <w:t>3. Undertaking by the Student</w:t>
      </w:r>
      <w:r w:rsidR="00D22E26" w:rsidRPr="00CD4576">
        <w:rPr>
          <w:rFonts w:ascii="Aptos Narrow" w:hAnsi="Aptos Narrow"/>
          <w:b/>
          <w:sz w:val="22"/>
        </w:rPr>
        <w:t xml:space="preserve"> </w:t>
      </w:r>
      <w:r w:rsidRPr="00CD4576">
        <w:rPr>
          <w:rFonts w:ascii="Aptos Narrow" w:hAnsi="Aptos Narrow"/>
          <w:b/>
          <w:sz w:val="22"/>
        </w:rPr>
        <w:t>(s)</w:t>
      </w:r>
      <w:r w:rsidR="00CD4576" w:rsidRPr="00CD4576">
        <w:rPr>
          <w:rFonts w:ascii="Aptos Narrow" w:hAnsi="Aptos Narrow"/>
          <w:b/>
          <w:sz w:val="22"/>
        </w:rPr>
        <w:t>:</w:t>
      </w:r>
    </w:p>
    <w:p w14:paraId="301FFAF3" w14:textId="65FED3BF" w:rsidR="002B2668" w:rsidRPr="00CD4576" w:rsidRDefault="002B2668" w:rsidP="00CD4576">
      <w:pPr>
        <w:spacing w:after="0" w:line="240" w:lineRule="auto"/>
        <w:jc w:val="both"/>
        <w:rPr>
          <w:rFonts w:ascii="Aptos Narrow" w:hAnsi="Aptos Narrow"/>
          <w:szCs w:val="20"/>
          <w:lang w:val="en-IN"/>
        </w:rPr>
      </w:pPr>
      <w:r w:rsidRPr="00CD4576">
        <w:rPr>
          <w:rFonts w:ascii="Aptos Narrow" w:hAnsi="Aptos Narrow"/>
          <w:szCs w:val="20"/>
          <w:lang w:val="en-IN"/>
        </w:rPr>
        <w:t xml:space="preserve">We hereby undertake that the ICT service, resource, facility, equipment, software, network, computing resource, or any other facility provided by the Computer Centre shall be used only for the approved academic/institutional purpose specified above and strictly in accordance with the rules, regulations, policies, security requirements and instructions of </w:t>
      </w:r>
      <w:r w:rsidR="00CD4576" w:rsidRPr="00CD4576">
        <w:rPr>
          <w:rFonts w:ascii="Aptos Narrow" w:hAnsi="Aptos Narrow"/>
          <w:szCs w:val="20"/>
          <w:lang w:val="en-IN"/>
        </w:rPr>
        <w:t>the Institute</w:t>
      </w:r>
      <w:r w:rsidRPr="00CD4576">
        <w:rPr>
          <w:rFonts w:ascii="Aptos Narrow" w:hAnsi="Aptos Narrow"/>
          <w:szCs w:val="20"/>
          <w:lang w:val="en-IN"/>
        </w:rPr>
        <w:t xml:space="preserve"> and the Computer Centre.</w:t>
      </w:r>
    </w:p>
    <w:p w14:paraId="4907B3ED" w14:textId="77777777" w:rsidR="00CD4576" w:rsidRDefault="00CD4576" w:rsidP="00CD4576">
      <w:pPr>
        <w:spacing w:after="0" w:line="240" w:lineRule="auto"/>
        <w:jc w:val="both"/>
        <w:rPr>
          <w:rFonts w:ascii="Aptos Narrow" w:hAnsi="Aptos Narrow"/>
          <w:szCs w:val="20"/>
          <w:lang w:val="en-IN"/>
        </w:rPr>
      </w:pPr>
    </w:p>
    <w:p w14:paraId="55EAFFA3" w14:textId="7C0E3B59" w:rsidR="002B2668" w:rsidRPr="00CD4576" w:rsidRDefault="002B2668" w:rsidP="00CD4576">
      <w:pPr>
        <w:spacing w:after="0" w:line="240" w:lineRule="auto"/>
        <w:jc w:val="both"/>
        <w:rPr>
          <w:rFonts w:ascii="Aptos Narrow" w:hAnsi="Aptos Narrow"/>
          <w:b/>
          <w:bCs/>
          <w:i/>
          <w:iCs/>
          <w:szCs w:val="20"/>
          <w:lang w:val="en-IN"/>
        </w:rPr>
      </w:pPr>
      <w:r w:rsidRPr="00CD4576">
        <w:rPr>
          <w:rFonts w:ascii="Aptos Narrow" w:hAnsi="Aptos Narrow"/>
          <w:b/>
          <w:bCs/>
          <w:i/>
          <w:iCs/>
          <w:szCs w:val="20"/>
          <w:lang w:val="en-IN"/>
        </w:rPr>
        <w:t>We further undertake that:</w:t>
      </w:r>
    </w:p>
    <w:p w14:paraId="335DF55E"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use the allotted/provided ICT resources responsibly and only for the purpose for which they have been authorized.</w:t>
      </w:r>
    </w:p>
    <w:p w14:paraId="369AF93B"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not misuse, damage, tamper with, alter, disable, interfere with, copy, transfer, or otherwise attempt to modify or disrupt any computer system, network, server, software, application, data, account, equipment or other ICT resource without proper authorization.</w:t>
      </w:r>
    </w:p>
    <w:p w14:paraId="72581D5A"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not attempt to obtain or facilitate unauthorized access to any computer system, network, account, application, data or other ICT resource.</w:t>
      </w:r>
    </w:p>
    <w:p w14:paraId="396B0C7E"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not use the provided facility/resource for any unlawful, malicious, fraudulent, abusive, disruptive or unauthorized activity, or for any activity that may adversely affect the availability, integrity, confidentiality or security of Institute resources.</w:t>
      </w:r>
    </w:p>
    <w:p w14:paraId="5ACB0EEB"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keep all usernames, passwords, authentication credentials, access tokens and other confidential information provided to us strictly confidential and shall not share them with any other person.</w:t>
      </w:r>
    </w:p>
    <w:p w14:paraId="3B0842B6"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not install, download, upload, execute or use any unauthorized software, script, application, device or other resource that may compromise or adversely affect the security, performance or operation of the Institute's ICT infrastructure.</w:t>
      </w:r>
    </w:p>
    <w:p w14:paraId="46F404D4"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maintain the confidentiality and security of any data or information accessed, processed, stored or handled through the facility/resource and shall not disclose, copy, distribute or transfer such information without authorization.</w:t>
      </w:r>
    </w:p>
    <w:p w14:paraId="1A6A0226"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lastRenderedPageBreak/>
        <w:t>We shall immediately report to the Computer Centre any loss, damage, security incident, unauthorized access, suspected compromise, misuse or other unusual activity noticed by us in connection with the provided facility/resource.</w:t>
      </w:r>
    </w:p>
    <w:p w14:paraId="6FE12A11"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shall comply with all applicable instructions issued by the Computer Centre from time to time regarding the use, access, security and operation of ICT resources.</w:t>
      </w:r>
    </w:p>
    <w:p w14:paraId="2C17CC35" w14:textId="77777777" w:rsidR="002B2668" w:rsidRPr="00CD4576" w:rsidRDefault="002B2668" w:rsidP="00CD4576">
      <w:pPr>
        <w:numPr>
          <w:ilvl w:val="0"/>
          <w:numId w:val="10"/>
        </w:numPr>
        <w:spacing w:before="60" w:after="60" w:line="240" w:lineRule="auto"/>
        <w:jc w:val="both"/>
        <w:rPr>
          <w:rFonts w:ascii="Aptos Narrow" w:hAnsi="Aptos Narrow"/>
          <w:szCs w:val="20"/>
          <w:lang w:val="en-IN"/>
        </w:rPr>
      </w:pPr>
      <w:r w:rsidRPr="00CD4576">
        <w:rPr>
          <w:rFonts w:ascii="Aptos Narrow" w:hAnsi="Aptos Narrow"/>
          <w:szCs w:val="20"/>
          <w:lang w:val="en-IN"/>
        </w:rPr>
        <w:t>We understand that the Computer Centre may restrict, suspend or withdraw access to any ICT service/resource in case of misuse, security concerns, violation of applicable rules, or any other unauthorized activity.</w:t>
      </w:r>
    </w:p>
    <w:p w14:paraId="3503C94E" w14:textId="77777777" w:rsidR="001E2313" w:rsidRDefault="001E2313" w:rsidP="00CD4576">
      <w:pPr>
        <w:spacing w:before="60" w:after="60" w:line="240" w:lineRule="auto"/>
        <w:jc w:val="both"/>
        <w:rPr>
          <w:rFonts w:ascii="Aptos Narrow" w:hAnsi="Aptos Narrow"/>
          <w:szCs w:val="20"/>
          <w:lang w:val="en-IN"/>
        </w:rPr>
      </w:pPr>
    </w:p>
    <w:p w14:paraId="2801D4D0" w14:textId="7AFF95B2" w:rsidR="002B2668" w:rsidRPr="00CD4576" w:rsidRDefault="002B2668" w:rsidP="00CD4576">
      <w:pPr>
        <w:spacing w:before="60" w:after="60" w:line="240" w:lineRule="auto"/>
        <w:jc w:val="both"/>
        <w:rPr>
          <w:rFonts w:ascii="Aptos Narrow" w:hAnsi="Aptos Narrow"/>
          <w:szCs w:val="20"/>
          <w:lang w:val="en-IN"/>
        </w:rPr>
      </w:pPr>
      <w:r w:rsidRPr="00CD4576">
        <w:rPr>
          <w:rFonts w:ascii="Aptos Narrow" w:hAnsi="Aptos Narrow"/>
          <w:szCs w:val="20"/>
          <w:lang w:val="en-IN"/>
        </w:rPr>
        <w:t>We acknowledge that any violation of the above undertaking may result in withdrawal of the facility</w:t>
      </w:r>
      <w:r w:rsidR="001E2313">
        <w:rPr>
          <w:rFonts w:ascii="Aptos Narrow" w:hAnsi="Aptos Narrow"/>
          <w:szCs w:val="20"/>
          <w:lang w:val="en-IN"/>
        </w:rPr>
        <w:t xml:space="preserve"> </w:t>
      </w:r>
      <w:r w:rsidRPr="00CD4576">
        <w:rPr>
          <w:rFonts w:ascii="Aptos Narrow" w:hAnsi="Aptos Narrow"/>
          <w:szCs w:val="20"/>
          <w:lang w:val="en-IN"/>
        </w:rPr>
        <w:t>/</w:t>
      </w:r>
      <w:r w:rsidR="001E2313">
        <w:rPr>
          <w:rFonts w:ascii="Aptos Narrow" w:hAnsi="Aptos Narrow"/>
          <w:szCs w:val="20"/>
          <w:lang w:val="en-IN"/>
        </w:rPr>
        <w:t xml:space="preserve"> </w:t>
      </w:r>
      <w:r w:rsidRPr="00CD4576">
        <w:rPr>
          <w:rFonts w:ascii="Aptos Narrow" w:hAnsi="Aptos Narrow"/>
          <w:szCs w:val="20"/>
          <w:lang w:val="en-IN"/>
        </w:rPr>
        <w:t>resource and may attract appropriate administrative and/or disciplinary action against the concerned student(s) in accordance with the applicable rules and regulations of NIT Hamirpur.</w:t>
      </w:r>
    </w:p>
    <w:p w14:paraId="4A5F544F" w14:textId="77777777" w:rsidR="001E2313" w:rsidRDefault="001E2313" w:rsidP="00CD4576">
      <w:pPr>
        <w:spacing w:before="60" w:after="60" w:line="240" w:lineRule="auto"/>
        <w:jc w:val="both"/>
        <w:rPr>
          <w:rFonts w:ascii="Aptos Narrow" w:hAnsi="Aptos Narrow"/>
          <w:szCs w:val="20"/>
          <w:lang w:val="en-IN"/>
        </w:rPr>
      </w:pPr>
    </w:p>
    <w:p w14:paraId="694DF4F2" w14:textId="3A1ECB05" w:rsidR="002B2668" w:rsidRPr="00CD4576" w:rsidRDefault="002B2668" w:rsidP="00CD4576">
      <w:pPr>
        <w:spacing w:before="60" w:after="60" w:line="240" w:lineRule="auto"/>
        <w:jc w:val="both"/>
        <w:rPr>
          <w:rFonts w:ascii="Aptos Narrow" w:hAnsi="Aptos Narrow"/>
          <w:szCs w:val="20"/>
          <w:lang w:val="en-IN"/>
        </w:rPr>
      </w:pPr>
      <w:r w:rsidRPr="00CD4576">
        <w:rPr>
          <w:rFonts w:ascii="Aptos Narrow" w:hAnsi="Aptos Narrow"/>
          <w:szCs w:val="20"/>
          <w:lang w:val="en-IN"/>
        </w:rPr>
        <w:t xml:space="preserve">Where any loss or damage to Institute resources is attributable to the </w:t>
      </w:r>
      <w:proofErr w:type="spellStart"/>
      <w:r w:rsidRPr="00CD4576">
        <w:rPr>
          <w:rFonts w:ascii="Aptos Narrow" w:hAnsi="Aptos Narrow"/>
          <w:szCs w:val="20"/>
          <w:lang w:val="en-IN"/>
        </w:rPr>
        <w:t>willful</w:t>
      </w:r>
      <w:proofErr w:type="spellEnd"/>
      <w:r w:rsidRPr="00CD4576">
        <w:rPr>
          <w:rFonts w:ascii="Aptos Narrow" w:hAnsi="Aptos Narrow"/>
          <w:szCs w:val="20"/>
          <w:lang w:val="en-IN"/>
        </w:rPr>
        <w:t xml:space="preserve"> or negligent act of the concerned student(s), the Institute may take appropriate action for recovery of the cost of such loss or damage, as per applicable rules.</w:t>
      </w:r>
    </w:p>
    <w:p w14:paraId="18A731CA" w14:textId="3C0B93C9" w:rsidR="00502D79" w:rsidRPr="00CD4576" w:rsidRDefault="00502D79" w:rsidP="00CD4576">
      <w:pPr>
        <w:spacing w:after="0" w:line="240" w:lineRule="auto"/>
        <w:jc w:val="both"/>
        <w:rPr>
          <w:rFonts w:ascii="Aptos Narrow" w:hAnsi="Aptos Narrow"/>
          <w:szCs w:val="20"/>
        </w:rPr>
      </w:pPr>
    </w:p>
    <w:p w14:paraId="612DD5E4" w14:textId="3CD98D8F" w:rsidR="00502D79" w:rsidRPr="00CD4576" w:rsidRDefault="00E74F51" w:rsidP="00CD4576">
      <w:pPr>
        <w:spacing w:after="120" w:line="240" w:lineRule="auto"/>
        <w:rPr>
          <w:rFonts w:ascii="Aptos Narrow" w:hAnsi="Aptos Narrow"/>
          <w:sz w:val="22"/>
        </w:rPr>
      </w:pPr>
      <w:r w:rsidRPr="00CD4576">
        <w:rPr>
          <w:rFonts w:ascii="Aptos Narrow" w:hAnsi="Aptos Narrow"/>
          <w:b/>
          <w:sz w:val="22"/>
        </w:rPr>
        <w:t xml:space="preserve">4. Certification </w:t>
      </w:r>
      <w:r w:rsidR="00D22E26" w:rsidRPr="00CD4576">
        <w:rPr>
          <w:rFonts w:ascii="Aptos Narrow" w:hAnsi="Aptos Narrow"/>
          <w:b/>
          <w:sz w:val="22"/>
        </w:rPr>
        <w:t xml:space="preserve">or Verification </w:t>
      </w:r>
      <w:r w:rsidRPr="00CD4576">
        <w:rPr>
          <w:rFonts w:ascii="Aptos Narrow" w:hAnsi="Aptos Narrow"/>
          <w:b/>
          <w:sz w:val="22"/>
        </w:rPr>
        <w:t xml:space="preserve">by the Concerned Faculty </w:t>
      </w:r>
      <w:proofErr w:type="spellStart"/>
      <w:r w:rsidRPr="00CD4576">
        <w:rPr>
          <w:rFonts w:ascii="Aptos Narrow" w:hAnsi="Aptos Narrow"/>
          <w:b/>
          <w:sz w:val="22"/>
        </w:rPr>
        <w:t>Incharge</w:t>
      </w:r>
      <w:proofErr w:type="spellEnd"/>
      <w:r w:rsidRPr="00CD4576">
        <w:rPr>
          <w:rFonts w:ascii="Aptos Narrow" w:hAnsi="Aptos Narrow"/>
          <w:b/>
          <w:sz w:val="22"/>
        </w:rPr>
        <w:t xml:space="preserve"> (FI)</w:t>
      </w:r>
      <w:r w:rsidR="00D22E26" w:rsidRPr="00CD4576">
        <w:rPr>
          <w:rFonts w:ascii="Aptos Narrow" w:hAnsi="Aptos Narrow"/>
          <w:b/>
          <w:sz w:val="22"/>
        </w:rPr>
        <w:t xml:space="preserve"> or </w:t>
      </w:r>
      <w:proofErr w:type="spellStart"/>
      <w:r w:rsidR="00D22E26" w:rsidRPr="00CD4576">
        <w:rPr>
          <w:rFonts w:ascii="Aptos Narrow" w:hAnsi="Aptos Narrow"/>
          <w:b/>
          <w:sz w:val="22"/>
        </w:rPr>
        <w:t>HoD</w:t>
      </w:r>
      <w:proofErr w:type="spellEnd"/>
      <w:r w:rsidR="00D22E26" w:rsidRPr="00CD4576">
        <w:rPr>
          <w:rFonts w:ascii="Aptos Narrow" w:hAnsi="Aptos Narrow"/>
          <w:b/>
          <w:sz w:val="22"/>
        </w:rPr>
        <w:t>:</w:t>
      </w:r>
    </w:p>
    <w:p w14:paraId="67FBE46D" w14:textId="60A394AB" w:rsidR="007C6ED9" w:rsidRPr="00CD4576" w:rsidRDefault="007C6ED9" w:rsidP="00CD4576">
      <w:pPr>
        <w:spacing w:after="0" w:line="240" w:lineRule="auto"/>
        <w:jc w:val="both"/>
        <w:rPr>
          <w:rFonts w:ascii="Aptos Narrow" w:hAnsi="Aptos Narrow"/>
          <w:szCs w:val="20"/>
          <w:lang w:val="en-IN"/>
        </w:rPr>
      </w:pPr>
      <w:r w:rsidRPr="00CD4576">
        <w:rPr>
          <w:rFonts w:ascii="Aptos Narrow" w:hAnsi="Aptos Narrow"/>
          <w:szCs w:val="20"/>
          <w:lang w:val="en-IN"/>
        </w:rPr>
        <w:t xml:space="preserve">I certify that the above-mentioned student(s) are associated with the stated </w:t>
      </w:r>
      <w:r w:rsidRPr="00CD4576">
        <w:rPr>
          <w:rFonts w:ascii="Aptos Narrow" w:hAnsi="Aptos Narrow"/>
          <w:b/>
          <w:bCs/>
          <w:szCs w:val="20"/>
          <w:lang w:val="en-IN"/>
        </w:rPr>
        <w:t>academic / research / institutional requirement</w:t>
      </w:r>
      <w:r w:rsidRPr="00CD4576">
        <w:rPr>
          <w:rFonts w:ascii="Aptos Narrow" w:hAnsi="Aptos Narrow"/>
          <w:szCs w:val="20"/>
          <w:lang w:val="en-IN"/>
        </w:rPr>
        <w:t xml:space="preserve"> and that the requested Computer Centre service/resource is required for the purpose and period specified above.</w:t>
      </w:r>
    </w:p>
    <w:p w14:paraId="45771977" w14:textId="27006583" w:rsidR="007C6ED9" w:rsidRPr="00CD4576" w:rsidRDefault="007C6ED9" w:rsidP="001E2313">
      <w:pPr>
        <w:spacing w:before="120" w:after="0" w:line="240" w:lineRule="auto"/>
        <w:jc w:val="both"/>
        <w:rPr>
          <w:rFonts w:ascii="Aptos Narrow" w:hAnsi="Aptos Narrow"/>
          <w:szCs w:val="20"/>
          <w:lang w:val="en-IN"/>
        </w:rPr>
      </w:pPr>
      <w:r w:rsidRPr="00CD4576">
        <w:rPr>
          <w:rFonts w:ascii="Aptos Narrow" w:hAnsi="Aptos Narrow"/>
          <w:szCs w:val="20"/>
          <w:lang w:val="en-IN"/>
        </w:rPr>
        <w:t>I undertake to:</w:t>
      </w:r>
    </w:p>
    <w:p w14:paraId="0518CB57" w14:textId="6BD357EA" w:rsidR="007C6ED9" w:rsidRPr="001E2313" w:rsidRDefault="007C6ED9" w:rsidP="00CD4576">
      <w:pPr>
        <w:numPr>
          <w:ilvl w:val="0"/>
          <w:numId w:val="11"/>
        </w:numPr>
        <w:spacing w:after="0" w:line="240" w:lineRule="auto"/>
        <w:jc w:val="both"/>
        <w:rPr>
          <w:rFonts w:ascii="Aptos Narrow" w:hAnsi="Aptos Narrow"/>
          <w:szCs w:val="20"/>
          <w:lang w:val="en-IN"/>
        </w:rPr>
      </w:pPr>
      <w:r w:rsidRPr="001E2313">
        <w:rPr>
          <w:rFonts w:ascii="Aptos Narrow" w:hAnsi="Aptos Narrow"/>
          <w:szCs w:val="20"/>
          <w:lang w:val="en-IN"/>
        </w:rPr>
        <w:t>ensure that the requested facility</w:t>
      </w:r>
      <w:r w:rsidR="001E2313">
        <w:rPr>
          <w:rFonts w:ascii="Aptos Narrow" w:hAnsi="Aptos Narrow"/>
          <w:szCs w:val="20"/>
          <w:lang w:val="en-IN"/>
        </w:rPr>
        <w:t xml:space="preserve"> </w:t>
      </w:r>
      <w:r w:rsidRPr="001E2313">
        <w:rPr>
          <w:rFonts w:ascii="Aptos Narrow" w:hAnsi="Aptos Narrow"/>
          <w:szCs w:val="20"/>
          <w:lang w:val="en-IN"/>
        </w:rPr>
        <w:t>/</w:t>
      </w:r>
      <w:r w:rsidR="001E2313">
        <w:rPr>
          <w:rFonts w:ascii="Aptos Narrow" w:hAnsi="Aptos Narrow"/>
          <w:szCs w:val="20"/>
          <w:lang w:val="en-IN"/>
        </w:rPr>
        <w:t xml:space="preserve"> </w:t>
      </w:r>
      <w:r w:rsidRPr="001E2313">
        <w:rPr>
          <w:rFonts w:ascii="Aptos Narrow" w:hAnsi="Aptos Narrow"/>
          <w:szCs w:val="20"/>
          <w:lang w:val="en-IN"/>
        </w:rPr>
        <w:t>resource is used for the approved academic</w:t>
      </w:r>
      <w:r w:rsidR="001E2313">
        <w:rPr>
          <w:rFonts w:ascii="Aptos Narrow" w:hAnsi="Aptos Narrow"/>
          <w:szCs w:val="20"/>
          <w:lang w:val="en-IN"/>
        </w:rPr>
        <w:t xml:space="preserve"> </w:t>
      </w:r>
      <w:r w:rsidRPr="001E2313">
        <w:rPr>
          <w:rFonts w:ascii="Aptos Narrow" w:hAnsi="Aptos Narrow"/>
          <w:szCs w:val="20"/>
          <w:lang w:val="en-IN"/>
        </w:rPr>
        <w:t>/</w:t>
      </w:r>
      <w:r w:rsidR="001E2313">
        <w:rPr>
          <w:rFonts w:ascii="Aptos Narrow" w:hAnsi="Aptos Narrow"/>
          <w:szCs w:val="20"/>
          <w:lang w:val="en-IN"/>
        </w:rPr>
        <w:t xml:space="preserve"> </w:t>
      </w:r>
      <w:r w:rsidRPr="001E2313">
        <w:rPr>
          <w:rFonts w:ascii="Aptos Narrow" w:hAnsi="Aptos Narrow"/>
          <w:szCs w:val="20"/>
          <w:lang w:val="en-IN"/>
        </w:rPr>
        <w:t>institutional purpose;</w:t>
      </w:r>
    </w:p>
    <w:p w14:paraId="233D8BAB" w14:textId="77777777" w:rsidR="007C6ED9" w:rsidRPr="001E2313" w:rsidRDefault="007C6ED9" w:rsidP="00CD4576">
      <w:pPr>
        <w:numPr>
          <w:ilvl w:val="0"/>
          <w:numId w:val="11"/>
        </w:numPr>
        <w:spacing w:after="0" w:line="240" w:lineRule="auto"/>
        <w:jc w:val="both"/>
        <w:rPr>
          <w:rFonts w:ascii="Aptos Narrow" w:hAnsi="Aptos Narrow"/>
          <w:szCs w:val="20"/>
          <w:lang w:val="en-IN"/>
        </w:rPr>
      </w:pPr>
      <w:r w:rsidRPr="001E2313">
        <w:rPr>
          <w:rFonts w:ascii="Aptos Narrow" w:hAnsi="Aptos Narrow"/>
          <w:szCs w:val="20"/>
          <w:lang w:val="en-IN"/>
        </w:rPr>
        <w:t>advise the concerned student(s) to comply with the applicable rules, regulations, security requirements and instructions of NIT Hamirpur and the Computer Centre;</w:t>
      </w:r>
    </w:p>
    <w:p w14:paraId="0B23E868" w14:textId="77777777" w:rsidR="007C6ED9" w:rsidRPr="001E2313" w:rsidRDefault="007C6ED9" w:rsidP="00CD4576">
      <w:pPr>
        <w:numPr>
          <w:ilvl w:val="0"/>
          <w:numId w:val="11"/>
        </w:numPr>
        <w:spacing w:after="0" w:line="240" w:lineRule="auto"/>
        <w:jc w:val="both"/>
        <w:rPr>
          <w:rFonts w:ascii="Aptos Narrow" w:hAnsi="Aptos Narrow"/>
          <w:szCs w:val="20"/>
          <w:lang w:val="en-IN"/>
        </w:rPr>
      </w:pPr>
      <w:r w:rsidRPr="001E2313">
        <w:rPr>
          <w:rFonts w:ascii="Aptos Narrow" w:hAnsi="Aptos Narrow"/>
          <w:szCs w:val="20"/>
          <w:lang w:val="en-IN"/>
        </w:rPr>
        <w:t>ensure, to the extent applicable, proper supervision and responsible use of the facility/resource by the concerned student(s); and</w:t>
      </w:r>
    </w:p>
    <w:p w14:paraId="7B97839E" w14:textId="77777777" w:rsidR="007C6ED9" w:rsidRPr="001E2313" w:rsidRDefault="007C6ED9" w:rsidP="00CD4576">
      <w:pPr>
        <w:numPr>
          <w:ilvl w:val="0"/>
          <w:numId w:val="11"/>
        </w:numPr>
        <w:spacing w:after="0" w:line="240" w:lineRule="auto"/>
        <w:jc w:val="both"/>
        <w:rPr>
          <w:rFonts w:ascii="Aptos Narrow" w:hAnsi="Aptos Narrow"/>
          <w:szCs w:val="20"/>
          <w:lang w:val="en-IN"/>
        </w:rPr>
      </w:pPr>
      <w:r w:rsidRPr="001E2313">
        <w:rPr>
          <w:rFonts w:ascii="Aptos Narrow" w:hAnsi="Aptos Narrow"/>
          <w:szCs w:val="20"/>
          <w:lang w:val="en-IN"/>
        </w:rPr>
        <w:t>promptly inform the Computer Centre in case of any misuse, damage, unauthorized activity, security incident or change in the approved requirement.</w:t>
      </w:r>
    </w:p>
    <w:p w14:paraId="52A386C4" w14:textId="77777777" w:rsidR="001E2313" w:rsidRDefault="001E2313" w:rsidP="00CD4576">
      <w:pPr>
        <w:spacing w:after="0" w:line="240" w:lineRule="auto"/>
        <w:jc w:val="both"/>
        <w:rPr>
          <w:rFonts w:ascii="Aptos Narrow" w:hAnsi="Aptos Narrow"/>
          <w:szCs w:val="20"/>
          <w:lang w:val="en-IN"/>
        </w:rPr>
      </w:pPr>
    </w:p>
    <w:p w14:paraId="36737EEB" w14:textId="08F8FA35" w:rsidR="00502D79" w:rsidRDefault="007C6ED9" w:rsidP="00CD4576">
      <w:pPr>
        <w:spacing w:after="0" w:line="240" w:lineRule="auto"/>
        <w:jc w:val="both"/>
        <w:rPr>
          <w:rFonts w:ascii="Aptos Narrow" w:hAnsi="Aptos Narrow"/>
          <w:szCs w:val="20"/>
          <w:lang w:val="en-IN"/>
        </w:rPr>
      </w:pPr>
      <w:r w:rsidRPr="00CD4576">
        <w:rPr>
          <w:rFonts w:ascii="Aptos Narrow" w:hAnsi="Aptos Narrow"/>
          <w:szCs w:val="20"/>
          <w:lang w:val="en-IN"/>
        </w:rPr>
        <w:t>I understand that the Computer Centre may review, modify, restrict or withdraw the facility/resource if the approved purpose or applicable conditions are not complied with.</w:t>
      </w:r>
    </w:p>
    <w:p w14:paraId="5DC2BA1A" w14:textId="77777777" w:rsidR="00CD4576" w:rsidRPr="00CD4576" w:rsidRDefault="00CD4576" w:rsidP="00CD4576">
      <w:pPr>
        <w:spacing w:after="0" w:line="240" w:lineRule="auto"/>
        <w:jc w:val="both"/>
        <w:rPr>
          <w:rFonts w:ascii="Aptos Narrow" w:hAnsi="Aptos Narrow"/>
          <w:szCs w:val="20"/>
          <w:lang w:val="en-IN"/>
        </w:rPr>
      </w:pPr>
    </w:p>
    <w:p w14:paraId="07D8D737" w14:textId="42898927" w:rsidR="00502D79" w:rsidRPr="00CD4576" w:rsidRDefault="00E74F51" w:rsidP="00CD4576">
      <w:pPr>
        <w:spacing w:after="120" w:line="240" w:lineRule="auto"/>
        <w:rPr>
          <w:rFonts w:ascii="Aptos Narrow" w:hAnsi="Aptos Narrow"/>
          <w:sz w:val="22"/>
        </w:rPr>
      </w:pPr>
      <w:r w:rsidRPr="00CD4576">
        <w:rPr>
          <w:rFonts w:ascii="Aptos Narrow" w:hAnsi="Aptos Narrow"/>
          <w:b/>
          <w:sz w:val="22"/>
        </w:rPr>
        <w:t>5. Signatures</w:t>
      </w:r>
      <w:r w:rsidR="001E2313">
        <w:rPr>
          <w:rFonts w:ascii="Aptos Narrow" w:hAnsi="Aptos Narrow"/>
          <w:b/>
          <w:sz w:val="22"/>
        </w:rPr>
        <w:t xml:space="preserve"> </w:t>
      </w:r>
      <w:r w:rsidRPr="00CD4576">
        <w:rPr>
          <w:rFonts w:ascii="Aptos Narrow" w:hAnsi="Aptos Narrow"/>
          <w:b/>
          <w:sz w:val="22"/>
        </w:rPr>
        <w:t>/ Authorization:</w:t>
      </w:r>
    </w:p>
    <w:tbl>
      <w:tblPr>
        <w:tblStyle w:val="TableGrid"/>
        <w:tblW w:w="0" w:type="auto"/>
        <w:tblLook w:val="04A0" w:firstRow="1" w:lastRow="0" w:firstColumn="1" w:lastColumn="0" w:noHBand="0" w:noVBand="1"/>
      </w:tblPr>
      <w:tblGrid>
        <w:gridCol w:w="4992"/>
        <w:gridCol w:w="4977"/>
      </w:tblGrid>
      <w:tr w:rsidR="00E74F51" w:rsidRPr="00CD4576" w14:paraId="51150684" w14:textId="77777777" w:rsidTr="00E74F51">
        <w:tc>
          <w:tcPr>
            <w:tcW w:w="5179" w:type="dxa"/>
          </w:tcPr>
          <w:p w14:paraId="0BFE6571" w14:textId="12E3C820" w:rsidR="00E74F51" w:rsidRPr="00CD4576" w:rsidRDefault="00E74F51" w:rsidP="00CD4576">
            <w:pPr>
              <w:jc w:val="both"/>
              <w:rPr>
                <w:rFonts w:ascii="Aptos Narrow" w:hAnsi="Aptos Narrow"/>
                <w:b/>
                <w:bCs/>
                <w:iCs/>
                <w:szCs w:val="20"/>
                <w:lang w:val="en-IN"/>
              </w:rPr>
            </w:pPr>
            <w:r w:rsidRPr="00CD4576">
              <w:rPr>
                <w:rFonts w:ascii="Aptos Narrow" w:hAnsi="Aptos Narrow"/>
                <w:b/>
                <w:bCs/>
                <w:iCs/>
                <w:szCs w:val="20"/>
                <w:lang w:val="en-IN"/>
              </w:rPr>
              <w:t>Concerned Students / Representatives:</w:t>
            </w:r>
          </w:p>
          <w:p w14:paraId="3D06A3A9" w14:textId="77777777" w:rsidR="00E74F51" w:rsidRPr="00CD4576" w:rsidRDefault="00E74F51" w:rsidP="00CD4576">
            <w:pPr>
              <w:jc w:val="both"/>
              <w:rPr>
                <w:rFonts w:ascii="Aptos Narrow" w:hAnsi="Aptos Narrow"/>
                <w:b/>
                <w:bCs/>
                <w:iCs/>
                <w:szCs w:val="20"/>
                <w:lang w:val="en-IN"/>
              </w:rPr>
            </w:pPr>
          </w:p>
          <w:p w14:paraId="398658EC" w14:textId="35A9030C"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Name: ______________________________________________</w:t>
            </w:r>
          </w:p>
          <w:p w14:paraId="4422267D" w14:textId="77777777" w:rsidR="00CD4576" w:rsidRDefault="00CD4576" w:rsidP="00CD4576">
            <w:pPr>
              <w:jc w:val="both"/>
              <w:rPr>
                <w:rFonts w:ascii="Aptos Narrow" w:hAnsi="Aptos Narrow"/>
                <w:iCs/>
                <w:szCs w:val="20"/>
                <w:lang w:val="en-IN"/>
              </w:rPr>
            </w:pPr>
          </w:p>
          <w:p w14:paraId="720E2A67" w14:textId="6FC06CFD"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Roll No.: ____________________________________________</w:t>
            </w:r>
          </w:p>
          <w:p w14:paraId="1799E7C4" w14:textId="77777777" w:rsidR="00CD4576" w:rsidRDefault="00CD4576" w:rsidP="00CD4576">
            <w:pPr>
              <w:jc w:val="both"/>
              <w:rPr>
                <w:rFonts w:ascii="Aptos Narrow" w:hAnsi="Aptos Narrow"/>
                <w:iCs/>
                <w:szCs w:val="20"/>
                <w:lang w:val="en-IN"/>
              </w:rPr>
            </w:pPr>
          </w:p>
          <w:p w14:paraId="247D9500" w14:textId="065D0015"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Signature: ___________________________________________</w:t>
            </w:r>
          </w:p>
          <w:p w14:paraId="00C9E3EA" w14:textId="5AC09A57"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Date: ___________________________________________</w:t>
            </w:r>
            <w:r w:rsidR="001E2313">
              <w:rPr>
                <w:rFonts w:ascii="Aptos Narrow" w:hAnsi="Aptos Narrow"/>
                <w:iCs/>
                <w:szCs w:val="20"/>
                <w:lang w:val="en-IN"/>
              </w:rPr>
              <w:t>_</w:t>
            </w:r>
            <w:r w:rsidRPr="00CD4576">
              <w:rPr>
                <w:rFonts w:ascii="Aptos Narrow" w:hAnsi="Aptos Narrow"/>
                <w:iCs/>
                <w:szCs w:val="20"/>
                <w:lang w:val="en-IN"/>
              </w:rPr>
              <w:t>____</w:t>
            </w:r>
          </w:p>
          <w:p w14:paraId="4851BE1A" w14:textId="77777777" w:rsidR="00E74F51" w:rsidRPr="00CD4576" w:rsidRDefault="00E74F51" w:rsidP="00CD4576">
            <w:pPr>
              <w:jc w:val="both"/>
              <w:rPr>
                <w:rFonts w:ascii="Aptos Narrow" w:hAnsi="Aptos Narrow"/>
                <w:iCs/>
                <w:szCs w:val="20"/>
              </w:rPr>
            </w:pPr>
          </w:p>
        </w:tc>
        <w:tc>
          <w:tcPr>
            <w:tcW w:w="5179" w:type="dxa"/>
          </w:tcPr>
          <w:p w14:paraId="75530415" w14:textId="52EFFE3D" w:rsidR="00E74F51" w:rsidRPr="00CD4576" w:rsidRDefault="00E74F51" w:rsidP="00CD4576">
            <w:pPr>
              <w:jc w:val="both"/>
              <w:rPr>
                <w:rFonts w:ascii="Aptos Narrow" w:hAnsi="Aptos Narrow"/>
                <w:b/>
                <w:bCs/>
                <w:iCs/>
                <w:szCs w:val="20"/>
                <w:lang w:val="en-IN"/>
              </w:rPr>
            </w:pPr>
            <w:r w:rsidRPr="00CD4576">
              <w:rPr>
                <w:rFonts w:ascii="Aptos Narrow" w:hAnsi="Aptos Narrow"/>
                <w:b/>
                <w:bCs/>
                <w:iCs/>
                <w:szCs w:val="20"/>
                <w:lang w:val="en-IN"/>
              </w:rPr>
              <w:t>Concerned Faculty In-charge (FI):</w:t>
            </w:r>
          </w:p>
          <w:p w14:paraId="0F677DBD" w14:textId="77777777" w:rsidR="00E74F51" w:rsidRPr="00CD4576" w:rsidRDefault="00E74F51" w:rsidP="00CD4576">
            <w:pPr>
              <w:jc w:val="both"/>
              <w:rPr>
                <w:rFonts w:ascii="Aptos Narrow" w:hAnsi="Aptos Narrow"/>
                <w:b/>
                <w:bCs/>
                <w:iCs/>
                <w:szCs w:val="20"/>
                <w:lang w:val="en-IN"/>
              </w:rPr>
            </w:pPr>
          </w:p>
          <w:p w14:paraId="0CD09749" w14:textId="3711F286"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Name &amp; Designation: ________________________________</w:t>
            </w:r>
          </w:p>
          <w:p w14:paraId="39489686" w14:textId="2A3E6769"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Department: ________________________________________</w:t>
            </w:r>
          </w:p>
          <w:p w14:paraId="6E740132" w14:textId="77777777" w:rsidR="00CD4576" w:rsidRDefault="00CD4576" w:rsidP="00CD4576">
            <w:pPr>
              <w:jc w:val="both"/>
              <w:rPr>
                <w:rFonts w:ascii="Aptos Narrow" w:hAnsi="Aptos Narrow"/>
                <w:iCs/>
                <w:szCs w:val="20"/>
                <w:lang w:val="en-IN"/>
              </w:rPr>
            </w:pPr>
          </w:p>
          <w:p w14:paraId="30C365B4" w14:textId="44F46282"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Signature: ___________________________________________</w:t>
            </w:r>
          </w:p>
          <w:p w14:paraId="532167C2" w14:textId="0532EC58"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Date: _______________________________________________</w:t>
            </w:r>
          </w:p>
          <w:p w14:paraId="43964E40" w14:textId="1D77A964" w:rsidR="00E74F51" w:rsidRPr="00CD4576" w:rsidRDefault="00E74F51" w:rsidP="00CD4576">
            <w:pPr>
              <w:jc w:val="both"/>
              <w:rPr>
                <w:rFonts w:ascii="Aptos Narrow" w:hAnsi="Aptos Narrow"/>
                <w:iCs/>
                <w:szCs w:val="20"/>
                <w:lang w:val="en-IN"/>
              </w:rPr>
            </w:pPr>
            <w:r w:rsidRPr="00CD4576">
              <w:rPr>
                <w:rFonts w:ascii="Aptos Narrow" w:hAnsi="Aptos Narrow"/>
                <w:iCs/>
                <w:szCs w:val="20"/>
                <w:lang w:val="en-IN"/>
              </w:rPr>
              <w:t>Official Contact / Mobile No.: _________________________</w:t>
            </w:r>
          </w:p>
          <w:p w14:paraId="02F6CCA2" w14:textId="77777777" w:rsidR="00E74F51" w:rsidRPr="00CD4576" w:rsidRDefault="00E74F51" w:rsidP="00CD4576">
            <w:pPr>
              <w:jc w:val="both"/>
              <w:rPr>
                <w:rFonts w:ascii="Aptos Narrow" w:hAnsi="Aptos Narrow"/>
                <w:iCs/>
                <w:szCs w:val="20"/>
              </w:rPr>
            </w:pPr>
          </w:p>
        </w:tc>
      </w:tr>
      <w:tr w:rsidR="00E74F51" w:rsidRPr="00CD4576" w14:paraId="07D0A8C2" w14:textId="77777777" w:rsidTr="00D6156F">
        <w:tc>
          <w:tcPr>
            <w:tcW w:w="10358" w:type="dxa"/>
            <w:gridSpan w:val="2"/>
          </w:tcPr>
          <w:p w14:paraId="33215B61" w14:textId="2AE00F72" w:rsidR="00E74F51" w:rsidRPr="00CD4576" w:rsidRDefault="00415CD2" w:rsidP="00CD4576">
            <w:pPr>
              <w:jc w:val="center"/>
              <w:rPr>
                <w:rFonts w:ascii="Aptos Narrow" w:hAnsi="Aptos Narrow"/>
                <w:b/>
                <w:bCs/>
                <w:iCs/>
                <w:szCs w:val="20"/>
                <w:lang w:val="en-IN"/>
              </w:rPr>
            </w:pPr>
            <w:r>
              <w:rPr>
                <w:rFonts w:ascii="Aptos Narrow" w:hAnsi="Aptos Narrow"/>
                <w:b/>
                <w:bCs/>
                <w:iCs/>
                <w:szCs w:val="20"/>
                <w:lang w:val="en-IN"/>
              </w:rPr>
              <w:t>Approval</w:t>
            </w:r>
            <w:r w:rsidR="00E74F51" w:rsidRPr="00CD4576">
              <w:rPr>
                <w:rFonts w:ascii="Aptos Narrow" w:hAnsi="Aptos Narrow"/>
                <w:b/>
                <w:bCs/>
                <w:iCs/>
                <w:szCs w:val="20"/>
                <w:lang w:val="en-IN"/>
              </w:rPr>
              <w:t xml:space="preserve"> of the Faculty </w:t>
            </w:r>
            <w:proofErr w:type="spellStart"/>
            <w:r w:rsidR="00E74F51" w:rsidRPr="00CD4576">
              <w:rPr>
                <w:rFonts w:ascii="Aptos Narrow" w:hAnsi="Aptos Narrow"/>
                <w:b/>
                <w:bCs/>
                <w:iCs/>
                <w:szCs w:val="20"/>
                <w:lang w:val="en-IN"/>
              </w:rPr>
              <w:t>Incharge</w:t>
            </w:r>
            <w:proofErr w:type="spellEnd"/>
            <w:r w:rsidR="00E74F51" w:rsidRPr="00CD4576">
              <w:rPr>
                <w:rFonts w:ascii="Aptos Narrow" w:hAnsi="Aptos Narrow"/>
                <w:b/>
                <w:bCs/>
                <w:iCs/>
                <w:szCs w:val="20"/>
                <w:lang w:val="en-IN"/>
              </w:rPr>
              <w:t xml:space="preserve"> (Computer Centre):</w:t>
            </w:r>
          </w:p>
          <w:p w14:paraId="07DC0064" w14:textId="77777777" w:rsidR="00E74F51" w:rsidRDefault="00E74F51" w:rsidP="00CD4576">
            <w:pPr>
              <w:rPr>
                <w:rFonts w:ascii="Aptos Narrow" w:hAnsi="Aptos Narrow"/>
                <w:b/>
                <w:bCs/>
                <w:iCs/>
                <w:szCs w:val="20"/>
                <w:lang w:val="en-IN"/>
              </w:rPr>
            </w:pPr>
          </w:p>
          <w:p w14:paraId="21BB54A2" w14:textId="7AC2379A" w:rsidR="00E74F51" w:rsidRPr="00CD4576" w:rsidRDefault="00E74F51" w:rsidP="00CD4576">
            <w:pPr>
              <w:rPr>
                <w:rFonts w:ascii="Aptos Narrow" w:hAnsi="Aptos Narrow"/>
                <w:iCs/>
                <w:szCs w:val="20"/>
                <w:lang w:val="en-IN"/>
              </w:rPr>
            </w:pPr>
            <w:r w:rsidRPr="00CD4576">
              <w:rPr>
                <w:rFonts w:ascii="Aptos Narrow" w:hAnsi="Aptos Narrow"/>
                <w:iCs/>
                <w:szCs w:val="20"/>
                <w:lang w:val="en-IN"/>
              </w:rPr>
              <w:t>Approved / Not Approved / Approved with Conditions:</w:t>
            </w:r>
          </w:p>
          <w:p w14:paraId="6C0D538B" w14:textId="280D16FF" w:rsidR="00E74F51" w:rsidRPr="00CD4576" w:rsidRDefault="00E74F51" w:rsidP="00CD4576">
            <w:pPr>
              <w:rPr>
                <w:rFonts w:ascii="Aptos Narrow" w:hAnsi="Aptos Narrow"/>
                <w:iCs/>
                <w:szCs w:val="20"/>
                <w:lang w:val="en-IN"/>
              </w:rPr>
            </w:pPr>
            <w:r w:rsidRPr="00CD4576">
              <w:rPr>
                <w:rFonts w:ascii="Aptos Narrow" w:hAnsi="Aptos Narrow"/>
                <w:iCs/>
                <w:szCs w:val="20"/>
                <w:lang w:val="en-IN"/>
              </w:rPr>
              <w:t xml:space="preserve">Remarks / Conditions, if any:                                                                                                                       </w:t>
            </w:r>
            <w:r w:rsidR="00CD4576">
              <w:rPr>
                <w:rFonts w:ascii="Aptos Narrow" w:hAnsi="Aptos Narrow"/>
                <w:iCs/>
                <w:szCs w:val="20"/>
                <w:lang w:val="en-IN"/>
              </w:rPr>
              <w:t xml:space="preserve">                </w:t>
            </w:r>
            <w:r w:rsidRPr="00C4063B">
              <w:rPr>
                <w:rFonts w:ascii="Aptos Narrow" w:hAnsi="Aptos Narrow"/>
                <w:b/>
                <w:bCs/>
                <w:iCs/>
                <w:szCs w:val="20"/>
                <w:lang w:val="en-IN"/>
              </w:rPr>
              <w:t>Signature of FI (CC)</w:t>
            </w:r>
            <w:r w:rsidR="00C4063B" w:rsidRPr="00C4063B">
              <w:rPr>
                <w:rFonts w:ascii="Aptos Narrow" w:hAnsi="Aptos Narrow"/>
                <w:b/>
                <w:bCs/>
                <w:iCs/>
                <w:szCs w:val="20"/>
                <w:lang w:val="en-IN"/>
              </w:rPr>
              <w:t xml:space="preserve"> with Date</w:t>
            </w:r>
            <w:r w:rsidRPr="00CD4576">
              <w:rPr>
                <w:rFonts w:ascii="Aptos Narrow" w:hAnsi="Aptos Narrow"/>
                <w:iCs/>
                <w:szCs w:val="20"/>
                <w:lang w:val="en-IN"/>
              </w:rPr>
              <w:t xml:space="preserve">                                                                                                                              </w:t>
            </w:r>
          </w:p>
          <w:p w14:paraId="7981E8E6" w14:textId="7F7A5847" w:rsidR="00E74F51" w:rsidRPr="00123340" w:rsidRDefault="00123340" w:rsidP="00415CD2">
            <w:pPr>
              <w:rPr>
                <w:rFonts w:ascii="Aptos Narrow" w:hAnsi="Aptos Narrow"/>
                <w:iCs/>
                <w:szCs w:val="20"/>
              </w:rPr>
            </w:pPr>
            <w:r>
              <w:rPr>
                <w:rFonts w:ascii="Aptos Narrow" w:hAnsi="Aptos Narrow"/>
                <w:iCs/>
                <w:szCs w:val="20"/>
              </w:rPr>
              <w:t xml:space="preserve">                                                                                                                                                                 </w:t>
            </w:r>
          </w:p>
        </w:tc>
      </w:tr>
    </w:tbl>
    <w:p w14:paraId="1578638E" w14:textId="77777777" w:rsidR="00E74F51" w:rsidRPr="00CD4576" w:rsidRDefault="00E74F51" w:rsidP="00CD4576">
      <w:pPr>
        <w:spacing w:after="0" w:line="240" w:lineRule="auto"/>
        <w:jc w:val="center"/>
        <w:rPr>
          <w:rFonts w:ascii="Aptos Narrow" w:hAnsi="Aptos Narrow"/>
          <w:i/>
          <w:szCs w:val="20"/>
        </w:rPr>
      </w:pPr>
    </w:p>
    <w:p w14:paraId="28424496" w14:textId="7E743CC7" w:rsidR="001110EE" w:rsidRPr="00CD4576" w:rsidRDefault="001110EE" w:rsidP="00CD4576">
      <w:pPr>
        <w:spacing w:after="0" w:line="240" w:lineRule="auto"/>
        <w:rPr>
          <w:rFonts w:ascii="Aptos Narrow" w:hAnsi="Aptos Narrow"/>
          <w:b/>
          <w:bCs/>
          <w:szCs w:val="20"/>
          <w:lang w:val="en-IN"/>
        </w:rPr>
      </w:pPr>
      <w:r w:rsidRPr="00CD4576">
        <w:rPr>
          <w:rFonts w:ascii="Aptos Narrow" w:hAnsi="Aptos Narrow"/>
          <w:b/>
          <w:bCs/>
          <w:szCs w:val="20"/>
          <w:lang w:val="en-IN"/>
        </w:rPr>
        <w:t>N</w:t>
      </w:r>
      <w:r w:rsidR="00123340">
        <w:rPr>
          <w:rFonts w:ascii="Aptos Narrow" w:hAnsi="Aptos Narrow"/>
          <w:b/>
          <w:bCs/>
          <w:szCs w:val="20"/>
          <w:lang w:val="en-IN"/>
        </w:rPr>
        <w:t>ote:</w:t>
      </w:r>
    </w:p>
    <w:p w14:paraId="114DE74A" w14:textId="7D4ECB3A" w:rsidR="001110EE" w:rsidRPr="00CD4576" w:rsidRDefault="001110EE" w:rsidP="00123340">
      <w:pPr>
        <w:numPr>
          <w:ilvl w:val="0"/>
          <w:numId w:val="12"/>
        </w:numPr>
        <w:tabs>
          <w:tab w:val="clear" w:pos="363"/>
          <w:tab w:val="num" w:pos="720"/>
        </w:tabs>
        <w:spacing w:before="60" w:after="60" w:line="240" w:lineRule="auto"/>
        <w:ind w:left="714" w:hanging="357"/>
        <w:jc w:val="both"/>
        <w:rPr>
          <w:rFonts w:ascii="Aptos Narrow" w:hAnsi="Aptos Narrow"/>
          <w:szCs w:val="20"/>
          <w:lang w:val="en-IN"/>
        </w:rPr>
      </w:pPr>
      <w:r w:rsidRPr="00CD4576">
        <w:rPr>
          <w:rFonts w:ascii="Aptos Narrow" w:hAnsi="Aptos Narrow"/>
          <w:szCs w:val="20"/>
          <w:lang w:val="en-IN"/>
        </w:rPr>
        <w:t>Submission of this undertaking does not, by itself, constitute a guarantee or entitlement to the requested ICT service/</w:t>
      </w:r>
      <w:r w:rsidR="00CD4576">
        <w:rPr>
          <w:rFonts w:ascii="Aptos Narrow" w:hAnsi="Aptos Narrow"/>
          <w:szCs w:val="20"/>
          <w:lang w:val="en-IN"/>
        </w:rPr>
        <w:t xml:space="preserve"> </w:t>
      </w:r>
      <w:r w:rsidRPr="00CD4576">
        <w:rPr>
          <w:rFonts w:ascii="Aptos Narrow" w:hAnsi="Aptos Narrow"/>
          <w:szCs w:val="20"/>
          <w:lang w:val="en-IN"/>
        </w:rPr>
        <w:t>resource</w:t>
      </w:r>
      <w:r w:rsidR="00CD4576">
        <w:rPr>
          <w:rFonts w:ascii="Aptos Narrow" w:hAnsi="Aptos Narrow"/>
          <w:szCs w:val="20"/>
          <w:lang w:val="en-IN"/>
        </w:rPr>
        <w:t xml:space="preserve"> </w:t>
      </w:r>
      <w:r w:rsidRPr="00CD4576">
        <w:rPr>
          <w:rFonts w:ascii="Aptos Narrow" w:hAnsi="Aptos Narrow"/>
          <w:szCs w:val="20"/>
          <w:lang w:val="en-IN"/>
        </w:rPr>
        <w:t>/</w:t>
      </w:r>
      <w:r w:rsidR="00CD4576">
        <w:rPr>
          <w:rFonts w:ascii="Aptos Narrow" w:hAnsi="Aptos Narrow"/>
          <w:szCs w:val="20"/>
          <w:lang w:val="en-IN"/>
        </w:rPr>
        <w:t xml:space="preserve"> </w:t>
      </w:r>
      <w:r w:rsidRPr="00CD4576">
        <w:rPr>
          <w:rFonts w:ascii="Aptos Narrow" w:hAnsi="Aptos Narrow"/>
          <w:szCs w:val="20"/>
          <w:lang w:val="en-IN"/>
        </w:rPr>
        <w:t>facility.</w:t>
      </w:r>
    </w:p>
    <w:p w14:paraId="74AECF95" w14:textId="52D21CB9" w:rsidR="001110EE" w:rsidRPr="00CD4576" w:rsidRDefault="001110EE" w:rsidP="00123340">
      <w:pPr>
        <w:numPr>
          <w:ilvl w:val="0"/>
          <w:numId w:val="12"/>
        </w:numPr>
        <w:tabs>
          <w:tab w:val="clear" w:pos="363"/>
          <w:tab w:val="num" w:pos="720"/>
        </w:tabs>
        <w:spacing w:before="60" w:after="60" w:line="240" w:lineRule="auto"/>
        <w:ind w:left="714" w:hanging="357"/>
        <w:jc w:val="both"/>
        <w:rPr>
          <w:rFonts w:ascii="Aptos Narrow" w:hAnsi="Aptos Narrow"/>
          <w:szCs w:val="20"/>
          <w:lang w:val="en-IN"/>
        </w:rPr>
      </w:pPr>
      <w:r w:rsidRPr="00CD4576">
        <w:rPr>
          <w:rFonts w:ascii="Aptos Narrow" w:hAnsi="Aptos Narrow"/>
          <w:szCs w:val="20"/>
          <w:lang w:val="en-IN"/>
        </w:rPr>
        <w:t>Provision of the requested service</w:t>
      </w:r>
      <w:r w:rsidR="00CD4576">
        <w:rPr>
          <w:rFonts w:ascii="Aptos Narrow" w:hAnsi="Aptos Narrow"/>
          <w:szCs w:val="20"/>
          <w:lang w:val="en-IN"/>
        </w:rPr>
        <w:t xml:space="preserve"> or </w:t>
      </w:r>
      <w:r w:rsidRPr="00CD4576">
        <w:rPr>
          <w:rFonts w:ascii="Aptos Narrow" w:hAnsi="Aptos Narrow"/>
          <w:szCs w:val="20"/>
          <w:lang w:val="en-IN"/>
        </w:rPr>
        <w:t>resource shall be subject to availability of resources, technical feasibility, approval</w:t>
      </w:r>
      <w:r w:rsidR="00CD4576">
        <w:rPr>
          <w:rFonts w:ascii="Aptos Narrow" w:hAnsi="Aptos Narrow"/>
          <w:szCs w:val="20"/>
          <w:lang w:val="en-IN"/>
        </w:rPr>
        <w:t xml:space="preserve"> </w:t>
      </w:r>
      <w:r w:rsidRPr="00CD4576">
        <w:rPr>
          <w:rFonts w:ascii="Aptos Narrow" w:hAnsi="Aptos Narrow"/>
          <w:szCs w:val="20"/>
          <w:lang w:val="en-IN"/>
        </w:rPr>
        <w:t>/</w:t>
      </w:r>
      <w:r w:rsidR="00CD4576">
        <w:rPr>
          <w:rFonts w:ascii="Aptos Narrow" w:hAnsi="Aptos Narrow"/>
          <w:szCs w:val="20"/>
          <w:lang w:val="en-IN"/>
        </w:rPr>
        <w:t xml:space="preserve"> </w:t>
      </w:r>
      <w:r w:rsidRPr="00CD4576">
        <w:rPr>
          <w:rFonts w:ascii="Aptos Narrow" w:hAnsi="Aptos Narrow"/>
          <w:szCs w:val="20"/>
          <w:lang w:val="en-IN"/>
        </w:rPr>
        <w:t xml:space="preserve">authorization, security considerations, and the applicable rules of </w:t>
      </w:r>
      <w:r w:rsidR="00CD4576">
        <w:rPr>
          <w:rFonts w:ascii="Aptos Narrow" w:hAnsi="Aptos Narrow"/>
          <w:szCs w:val="20"/>
          <w:lang w:val="en-IN"/>
        </w:rPr>
        <w:t>the Institute</w:t>
      </w:r>
      <w:r w:rsidRPr="00CD4576">
        <w:rPr>
          <w:rFonts w:ascii="Aptos Narrow" w:hAnsi="Aptos Narrow"/>
          <w:szCs w:val="20"/>
          <w:lang w:val="en-IN"/>
        </w:rPr>
        <w:t xml:space="preserve"> and the Computer Centre.</w:t>
      </w:r>
    </w:p>
    <w:p w14:paraId="715E6ED4" w14:textId="4FE4B106" w:rsidR="001110EE" w:rsidRPr="00CD4576" w:rsidRDefault="001110EE" w:rsidP="00123340">
      <w:pPr>
        <w:numPr>
          <w:ilvl w:val="0"/>
          <w:numId w:val="12"/>
        </w:numPr>
        <w:tabs>
          <w:tab w:val="clear" w:pos="363"/>
          <w:tab w:val="num" w:pos="720"/>
        </w:tabs>
        <w:spacing w:before="60" w:after="60" w:line="240" w:lineRule="auto"/>
        <w:ind w:left="714" w:hanging="357"/>
        <w:jc w:val="both"/>
        <w:rPr>
          <w:rFonts w:ascii="Aptos Narrow" w:hAnsi="Aptos Narrow"/>
          <w:szCs w:val="20"/>
          <w:lang w:val="en-IN"/>
        </w:rPr>
      </w:pPr>
      <w:r w:rsidRPr="00CD4576">
        <w:rPr>
          <w:rFonts w:ascii="Aptos Narrow" w:hAnsi="Aptos Narrow"/>
          <w:szCs w:val="20"/>
          <w:lang w:val="en-IN"/>
        </w:rPr>
        <w:t>The Computer Centre reserves the right to modify, restrict, suspend or withdraw access to any ICT service</w:t>
      </w:r>
      <w:r w:rsidR="00123340">
        <w:rPr>
          <w:rFonts w:ascii="Aptos Narrow" w:hAnsi="Aptos Narrow"/>
          <w:szCs w:val="20"/>
          <w:lang w:val="en-IN"/>
        </w:rPr>
        <w:t xml:space="preserve"> </w:t>
      </w:r>
      <w:r w:rsidRPr="00CD4576">
        <w:rPr>
          <w:rFonts w:ascii="Aptos Narrow" w:hAnsi="Aptos Narrow"/>
          <w:szCs w:val="20"/>
          <w:lang w:val="en-IN"/>
        </w:rPr>
        <w:t>/</w:t>
      </w:r>
      <w:r w:rsidR="00123340">
        <w:rPr>
          <w:rFonts w:ascii="Aptos Narrow" w:hAnsi="Aptos Narrow"/>
          <w:szCs w:val="20"/>
          <w:lang w:val="en-IN"/>
        </w:rPr>
        <w:t xml:space="preserve"> </w:t>
      </w:r>
      <w:r w:rsidRPr="00CD4576">
        <w:rPr>
          <w:rFonts w:ascii="Aptos Narrow" w:hAnsi="Aptos Narrow"/>
          <w:szCs w:val="20"/>
          <w:lang w:val="en-IN"/>
        </w:rPr>
        <w:t>resource, wherever necessary, in the interest of network security, system availability, operational requirements or compliance with Institute rules.</w:t>
      </w:r>
    </w:p>
    <w:p w14:paraId="78F88F13" w14:textId="7165EA5A" w:rsidR="00502D79" w:rsidRPr="001E2313" w:rsidRDefault="001110EE" w:rsidP="001110EE">
      <w:pPr>
        <w:numPr>
          <w:ilvl w:val="0"/>
          <w:numId w:val="12"/>
        </w:numPr>
        <w:spacing w:before="60" w:after="60" w:line="240" w:lineRule="auto"/>
        <w:ind w:left="714" w:hanging="357"/>
        <w:jc w:val="both"/>
        <w:rPr>
          <w:rFonts w:ascii="Aptos" w:hAnsi="Aptos"/>
          <w:sz w:val="18"/>
          <w:szCs w:val="20"/>
        </w:rPr>
      </w:pPr>
      <w:r w:rsidRPr="001E2313">
        <w:rPr>
          <w:rFonts w:ascii="Aptos Narrow" w:hAnsi="Aptos Narrow"/>
          <w:szCs w:val="20"/>
          <w:lang w:val="en-IN"/>
        </w:rPr>
        <w:t>The Computer Centre may maintain records of such requests and undertakings for administrative, operational, security and audit purposes.</w:t>
      </w:r>
    </w:p>
    <w:sectPr w:rsidR="00502D79" w:rsidRPr="001E2313" w:rsidSect="00694B55">
      <w:footerReference w:type="default" r:id="rId8"/>
      <w:pgSz w:w="11907" w:h="16840" w:code="9"/>
      <w:pgMar w:top="680" w:right="964" w:bottom="737" w:left="96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E7F1" w14:textId="77777777" w:rsidR="00FC7D6D" w:rsidRDefault="00FC7D6D">
      <w:pPr>
        <w:spacing w:after="0" w:line="240" w:lineRule="auto"/>
      </w:pPr>
      <w:r>
        <w:separator/>
      </w:r>
    </w:p>
  </w:endnote>
  <w:endnote w:type="continuationSeparator" w:id="0">
    <w:p w14:paraId="0748D035" w14:textId="77777777" w:rsidR="00FC7D6D" w:rsidRDefault="00FC7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FED9" w14:textId="620A2FD5" w:rsidR="00502D79" w:rsidRDefault="00502D7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2D6E2" w14:textId="77777777" w:rsidR="00FC7D6D" w:rsidRDefault="00FC7D6D">
      <w:pPr>
        <w:spacing w:after="0" w:line="240" w:lineRule="auto"/>
      </w:pPr>
      <w:r>
        <w:separator/>
      </w:r>
    </w:p>
  </w:footnote>
  <w:footnote w:type="continuationSeparator" w:id="0">
    <w:p w14:paraId="51610A9B" w14:textId="77777777" w:rsidR="00FC7D6D" w:rsidRDefault="00FC7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E5F6B5C"/>
    <w:multiLevelType w:val="multilevel"/>
    <w:tmpl w:val="F35CBDAA"/>
    <w:lvl w:ilvl="0">
      <w:start w:val="1"/>
      <w:numFmt w:val="decimal"/>
      <w:lvlText w:val="%1."/>
      <w:lvlJc w:val="left"/>
      <w:pPr>
        <w:tabs>
          <w:tab w:val="num" w:pos="363"/>
        </w:tabs>
        <w:ind w:left="363" w:hanging="360"/>
      </w:pPr>
    </w:lvl>
    <w:lvl w:ilvl="1" w:tentative="1">
      <w:start w:val="1"/>
      <w:numFmt w:val="decimal"/>
      <w:lvlText w:val="%2."/>
      <w:lvlJc w:val="left"/>
      <w:pPr>
        <w:tabs>
          <w:tab w:val="num" w:pos="1083"/>
        </w:tabs>
        <w:ind w:left="1083" w:hanging="360"/>
      </w:pPr>
    </w:lvl>
    <w:lvl w:ilvl="2" w:tentative="1">
      <w:start w:val="1"/>
      <w:numFmt w:val="decimal"/>
      <w:lvlText w:val="%3."/>
      <w:lvlJc w:val="left"/>
      <w:pPr>
        <w:tabs>
          <w:tab w:val="num" w:pos="1803"/>
        </w:tabs>
        <w:ind w:left="1803" w:hanging="360"/>
      </w:pPr>
    </w:lvl>
    <w:lvl w:ilvl="3" w:tentative="1">
      <w:start w:val="1"/>
      <w:numFmt w:val="decimal"/>
      <w:lvlText w:val="%4."/>
      <w:lvlJc w:val="left"/>
      <w:pPr>
        <w:tabs>
          <w:tab w:val="num" w:pos="2523"/>
        </w:tabs>
        <w:ind w:left="2523" w:hanging="360"/>
      </w:pPr>
    </w:lvl>
    <w:lvl w:ilvl="4" w:tentative="1">
      <w:start w:val="1"/>
      <w:numFmt w:val="decimal"/>
      <w:lvlText w:val="%5."/>
      <w:lvlJc w:val="left"/>
      <w:pPr>
        <w:tabs>
          <w:tab w:val="num" w:pos="3243"/>
        </w:tabs>
        <w:ind w:left="3243" w:hanging="360"/>
      </w:pPr>
    </w:lvl>
    <w:lvl w:ilvl="5" w:tentative="1">
      <w:start w:val="1"/>
      <w:numFmt w:val="decimal"/>
      <w:lvlText w:val="%6."/>
      <w:lvlJc w:val="left"/>
      <w:pPr>
        <w:tabs>
          <w:tab w:val="num" w:pos="3963"/>
        </w:tabs>
        <w:ind w:left="3963" w:hanging="360"/>
      </w:pPr>
    </w:lvl>
    <w:lvl w:ilvl="6" w:tentative="1">
      <w:start w:val="1"/>
      <w:numFmt w:val="decimal"/>
      <w:lvlText w:val="%7."/>
      <w:lvlJc w:val="left"/>
      <w:pPr>
        <w:tabs>
          <w:tab w:val="num" w:pos="4683"/>
        </w:tabs>
        <w:ind w:left="4683" w:hanging="360"/>
      </w:pPr>
    </w:lvl>
    <w:lvl w:ilvl="7" w:tentative="1">
      <w:start w:val="1"/>
      <w:numFmt w:val="decimal"/>
      <w:lvlText w:val="%8."/>
      <w:lvlJc w:val="left"/>
      <w:pPr>
        <w:tabs>
          <w:tab w:val="num" w:pos="5403"/>
        </w:tabs>
        <w:ind w:left="5403" w:hanging="360"/>
      </w:pPr>
    </w:lvl>
    <w:lvl w:ilvl="8" w:tentative="1">
      <w:start w:val="1"/>
      <w:numFmt w:val="decimal"/>
      <w:lvlText w:val="%9."/>
      <w:lvlJc w:val="left"/>
      <w:pPr>
        <w:tabs>
          <w:tab w:val="num" w:pos="6123"/>
        </w:tabs>
        <w:ind w:left="6123" w:hanging="360"/>
      </w:pPr>
    </w:lvl>
  </w:abstractNum>
  <w:abstractNum w:abstractNumId="10" w15:restartNumberingAfterBreak="0">
    <w:nsid w:val="578543F4"/>
    <w:multiLevelType w:val="multilevel"/>
    <w:tmpl w:val="7812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B6080"/>
    <w:multiLevelType w:val="multilevel"/>
    <w:tmpl w:val="A37A2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326699">
    <w:abstractNumId w:val="8"/>
  </w:num>
  <w:num w:numId="2" w16cid:durableId="1955556213">
    <w:abstractNumId w:val="6"/>
  </w:num>
  <w:num w:numId="3" w16cid:durableId="1391660287">
    <w:abstractNumId w:val="5"/>
  </w:num>
  <w:num w:numId="4" w16cid:durableId="682436917">
    <w:abstractNumId w:val="4"/>
  </w:num>
  <w:num w:numId="5" w16cid:durableId="1101339452">
    <w:abstractNumId w:val="7"/>
  </w:num>
  <w:num w:numId="6" w16cid:durableId="231812216">
    <w:abstractNumId w:val="3"/>
  </w:num>
  <w:num w:numId="7" w16cid:durableId="451830406">
    <w:abstractNumId w:val="2"/>
  </w:num>
  <w:num w:numId="8" w16cid:durableId="300815854">
    <w:abstractNumId w:val="1"/>
  </w:num>
  <w:num w:numId="9" w16cid:durableId="1833328800">
    <w:abstractNumId w:val="0"/>
  </w:num>
  <w:num w:numId="10" w16cid:durableId="983395197">
    <w:abstractNumId w:val="11"/>
  </w:num>
  <w:num w:numId="11" w16cid:durableId="1970233826">
    <w:abstractNumId w:val="10"/>
  </w:num>
  <w:num w:numId="12" w16cid:durableId="14184838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B5"/>
    <w:rsid w:val="001110EE"/>
    <w:rsid w:val="00123340"/>
    <w:rsid w:val="0015074B"/>
    <w:rsid w:val="001D6FA8"/>
    <w:rsid w:val="001E2313"/>
    <w:rsid w:val="00220A4E"/>
    <w:rsid w:val="0029639D"/>
    <w:rsid w:val="002B2668"/>
    <w:rsid w:val="00323DFC"/>
    <w:rsid w:val="00326F90"/>
    <w:rsid w:val="003C2421"/>
    <w:rsid w:val="003D12ED"/>
    <w:rsid w:val="00415CD2"/>
    <w:rsid w:val="004E04E7"/>
    <w:rsid w:val="00502D79"/>
    <w:rsid w:val="005651D1"/>
    <w:rsid w:val="00580692"/>
    <w:rsid w:val="005831FB"/>
    <w:rsid w:val="006363F1"/>
    <w:rsid w:val="00694B55"/>
    <w:rsid w:val="0073226C"/>
    <w:rsid w:val="007C6ED9"/>
    <w:rsid w:val="0085674B"/>
    <w:rsid w:val="008A5387"/>
    <w:rsid w:val="00A2021E"/>
    <w:rsid w:val="00AA1D8D"/>
    <w:rsid w:val="00B47730"/>
    <w:rsid w:val="00C11D61"/>
    <w:rsid w:val="00C4063B"/>
    <w:rsid w:val="00CB0664"/>
    <w:rsid w:val="00CD4576"/>
    <w:rsid w:val="00D22E26"/>
    <w:rsid w:val="00DC7264"/>
    <w:rsid w:val="00E22569"/>
    <w:rsid w:val="00E74F51"/>
    <w:rsid w:val="00EA2844"/>
    <w:rsid w:val="00FC693F"/>
    <w:rsid w:val="00FC7D6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2FF67"/>
  <w14:defaultImageDpi w14:val="300"/>
  <w15:docId w15:val="{B2234974-8F7D-4090-88CE-B6F463D2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NIT Hamirpur</cp:lastModifiedBy>
  <cp:revision>22</cp:revision>
  <cp:lastPrinted>2026-08-31T11:19:00Z</cp:lastPrinted>
  <dcterms:created xsi:type="dcterms:W3CDTF">2026-08-13T06:01:00Z</dcterms:created>
  <dcterms:modified xsi:type="dcterms:W3CDTF">2026-08-31T11:23:00Z</dcterms:modified>
  <cp:category/>
</cp:coreProperties>
</file>